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448A9" w14:textId="77777777" w:rsidR="00D15702" w:rsidRPr="0080021A" w:rsidRDefault="00D15702" w:rsidP="00D15702">
      <w:pPr>
        <w:jc w:val="center"/>
        <w:rPr>
          <w:rFonts w:ascii="Verdana" w:hAnsi="Verdana"/>
          <w:b/>
          <w:bCs/>
          <w:lang w:val="es-CR"/>
        </w:rPr>
      </w:pPr>
      <w:r w:rsidRPr="0080021A">
        <w:rPr>
          <w:rFonts w:ascii="Verdana" w:hAnsi="Verdana"/>
          <w:b/>
          <w:bCs/>
          <w:highlight w:val="green"/>
          <w:lang w:val="es-CR"/>
        </w:rPr>
        <w:t>Recomendaciones para los envíos:</w:t>
      </w:r>
    </w:p>
    <w:p w14:paraId="62D43217" w14:textId="144CF57F" w:rsidR="00D15702" w:rsidRPr="0080021A" w:rsidRDefault="00D15702" w:rsidP="00D15702">
      <w:pPr>
        <w:rPr>
          <w:rFonts w:ascii="Verdana" w:hAnsi="Verdana"/>
          <w:lang w:val="es-CR"/>
        </w:rPr>
      </w:pPr>
      <w:r w:rsidRPr="0080021A">
        <w:rPr>
          <w:rFonts w:ascii="Verdana" w:hAnsi="Verdana"/>
          <w:lang w:val="es-CR"/>
        </w:rPr>
        <w:t xml:space="preserve">En este archivo se organiza una carta específicas </w:t>
      </w:r>
      <w:r w:rsidRPr="0080021A">
        <w:rPr>
          <w:rFonts w:ascii="Verdana" w:hAnsi="Verdana"/>
          <w:lang w:val="es-CR"/>
        </w:rPr>
        <w:t xml:space="preserve">para </w:t>
      </w:r>
      <w:r w:rsidRPr="0080021A">
        <w:rPr>
          <w:rFonts w:ascii="Verdana" w:hAnsi="Verdana"/>
          <w:lang w:val="es-CR"/>
        </w:rPr>
        <w:t xml:space="preserve">las personas diputadas del </w:t>
      </w:r>
      <w:r w:rsidRPr="00905C11">
        <w:rPr>
          <w:rFonts w:ascii="Verdana" w:hAnsi="Verdana"/>
          <w:b/>
          <w:bCs/>
          <w:lang w:val="es-CR"/>
        </w:rPr>
        <w:t>Partido Liberación Nacional (PLN)</w:t>
      </w:r>
      <w:r w:rsidRPr="0080021A">
        <w:rPr>
          <w:rFonts w:ascii="Verdana" w:hAnsi="Verdana"/>
          <w:lang w:val="es-CR"/>
        </w:rPr>
        <w:t xml:space="preserve">, pues parece que algunas </w:t>
      </w:r>
      <w:r w:rsidRPr="00905C11">
        <w:rPr>
          <w:rFonts w:ascii="Verdana" w:hAnsi="Verdana"/>
          <w:b/>
          <w:bCs/>
          <w:lang w:val="es-CR"/>
        </w:rPr>
        <w:t xml:space="preserve">diputaciones se </w:t>
      </w:r>
      <w:r w:rsidRPr="00905C11">
        <w:rPr>
          <w:rFonts w:ascii="Verdana" w:hAnsi="Verdana"/>
          <w:b/>
          <w:bCs/>
          <w:highlight w:val="green"/>
          <w:lang w:val="es-CR"/>
        </w:rPr>
        <w:t>están torciendo a favor</w:t>
      </w:r>
      <w:r w:rsidRPr="00905C11">
        <w:rPr>
          <w:rFonts w:ascii="Verdana" w:hAnsi="Verdana"/>
          <w:b/>
          <w:bCs/>
          <w:lang w:val="es-CR"/>
        </w:rPr>
        <w:t xml:space="preserve"> del proyecto</w:t>
      </w:r>
      <w:r w:rsidRPr="00905C11">
        <w:rPr>
          <w:rFonts w:ascii="Verdana" w:hAnsi="Verdana"/>
          <w:b/>
          <w:bCs/>
          <w:lang w:val="es-CR"/>
        </w:rPr>
        <w:t xml:space="preserve"> </w:t>
      </w:r>
      <w:r w:rsidR="00C5596A" w:rsidRPr="00905C11">
        <w:rPr>
          <w:rFonts w:ascii="Verdana" w:hAnsi="Verdana"/>
          <w:b/>
          <w:bCs/>
          <w:lang w:val="es-CR"/>
        </w:rPr>
        <w:t>con el</w:t>
      </w:r>
      <w:r w:rsidRPr="00905C11">
        <w:rPr>
          <w:rFonts w:ascii="Verdana" w:hAnsi="Verdana"/>
          <w:b/>
          <w:bCs/>
          <w:lang w:val="es-CR"/>
        </w:rPr>
        <w:t xml:space="preserve"> expediente legislativo N.° 23.414, “Ley de Armonización del Sistema Eléctrico Nacional”</w:t>
      </w:r>
      <w:r w:rsidRPr="0080021A">
        <w:rPr>
          <w:rFonts w:ascii="Verdana" w:hAnsi="Verdana"/>
          <w:lang w:val="es-CR"/>
        </w:rPr>
        <w:t>.</w:t>
      </w:r>
    </w:p>
    <w:p w14:paraId="7ECE843C" w14:textId="13E29157" w:rsidR="00D15702" w:rsidRPr="0080021A" w:rsidRDefault="00D15702" w:rsidP="00D15702">
      <w:pPr>
        <w:rPr>
          <w:rFonts w:ascii="Verdana" w:hAnsi="Verdana"/>
          <w:lang w:val="es-CR"/>
        </w:rPr>
      </w:pPr>
      <w:r w:rsidRPr="0080021A">
        <w:rPr>
          <w:rFonts w:ascii="Verdana" w:hAnsi="Verdana"/>
          <w:b/>
          <w:bCs/>
          <w:lang w:val="es-CR"/>
        </w:rPr>
        <w:t>OPCIÓN 1:</w:t>
      </w:r>
      <w:r w:rsidRPr="0080021A">
        <w:rPr>
          <w:rFonts w:ascii="Verdana" w:hAnsi="Verdana"/>
          <w:lang w:val="es-CR"/>
        </w:rPr>
        <w:t xml:space="preserve"> Su organización tiene que decidir si envía un correo único a todas las diputaciones</w:t>
      </w:r>
      <w:r w:rsidR="00F6756B" w:rsidRPr="0080021A">
        <w:rPr>
          <w:rFonts w:ascii="Verdana" w:hAnsi="Verdana"/>
          <w:lang w:val="es-CR"/>
        </w:rPr>
        <w:t xml:space="preserve"> del PLN</w:t>
      </w:r>
      <w:r w:rsidRPr="0080021A">
        <w:rPr>
          <w:rFonts w:ascii="Verdana" w:hAnsi="Verdana"/>
          <w:lang w:val="es-CR"/>
        </w:rPr>
        <w:t xml:space="preserve">. </w:t>
      </w:r>
      <w:r w:rsidRPr="0080021A">
        <w:rPr>
          <w:rFonts w:ascii="Verdana" w:hAnsi="Verdana"/>
          <w:highlight w:val="green"/>
          <w:lang w:val="es-CR"/>
        </w:rPr>
        <w:t xml:space="preserve">Si así se decide, pueden utilizar la carta, el asunto y el conjunto de direcciones de correo que se encuentran a partir de la </w:t>
      </w:r>
      <w:r w:rsidRPr="0080021A">
        <w:rPr>
          <w:rFonts w:ascii="Verdana" w:hAnsi="Verdana"/>
          <w:b/>
          <w:bCs/>
          <w:highlight w:val="yellow"/>
          <w:lang w:val="es-CR"/>
        </w:rPr>
        <w:t>página 2 de este documento</w:t>
      </w:r>
      <w:r w:rsidRPr="0080021A">
        <w:rPr>
          <w:rFonts w:ascii="Verdana" w:hAnsi="Verdana"/>
          <w:highlight w:val="yellow"/>
          <w:lang w:val="es-CR"/>
        </w:rPr>
        <w:t>.</w:t>
      </w:r>
    </w:p>
    <w:p w14:paraId="53B3E662" w14:textId="3C97268E" w:rsidR="00D15702" w:rsidRPr="0080021A" w:rsidRDefault="00D15702" w:rsidP="00D15702">
      <w:pPr>
        <w:rPr>
          <w:rFonts w:ascii="Verdana" w:hAnsi="Verdana"/>
          <w:lang w:val="es-CR"/>
        </w:rPr>
      </w:pPr>
      <w:r w:rsidRPr="0080021A">
        <w:rPr>
          <w:rFonts w:ascii="Verdana" w:hAnsi="Verdana"/>
          <w:b/>
          <w:bCs/>
          <w:lang w:val="es-CR"/>
        </w:rPr>
        <w:t>OPCIÓN 2:</w:t>
      </w:r>
      <w:r w:rsidRPr="0080021A">
        <w:rPr>
          <w:rFonts w:ascii="Verdana" w:hAnsi="Verdana"/>
          <w:lang w:val="es-CR"/>
        </w:rPr>
        <w:t xml:space="preserve"> Si deciden enviar una carta individualizada a cada persona diputada</w:t>
      </w:r>
      <w:r w:rsidR="00B514DA" w:rsidRPr="0080021A">
        <w:rPr>
          <w:rFonts w:ascii="Verdana" w:hAnsi="Verdana"/>
          <w:lang w:val="es-CR"/>
        </w:rPr>
        <w:t xml:space="preserve"> del PLN</w:t>
      </w:r>
      <w:r w:rsidRPr="0080021A">
        <w:rPr>
          <w:rFonts w:ascii="Verdana" w:hAnsi="Verdana"/>
          <w:lang w:val="es-CR"/>
        </w:rPr>
        <w:t xml:space="preserve">, pueden utilizar las cartas que se encuentran a partir de la </w:t>
      </w:r>
      <w:r w:rsidRPr="00227455">
        <w:rPr>
          <w:rFonts w:ascii="Verdana" w:hAnsi="Verdana"/>
          <w:b/>
          <w:bCs/>
          <w:highlight w:val="yellow"/>
          <w:lang w:val="es-CR"/>
        </w:rPr>
        <w:t xml:space="preserve">página </w:t>
      </w:r>
      <w:r w:rsidR="00227455" w:rsidRPr="00227455">
        <w:rPr>
          <w:rFonts w:ascii="Verdana" w:hAnsi="Verdana"/>
          <w:b/>
          <w:bCs/>
          <w:highlight w:val="yellow"/>
          <w:lang w:val="es-CR"/>
        </w:rPr>
        <w:t xml:space="preserve">4 </w:t>
      </w:r>
      <w:r w:rsidRPr="00227455">
        <w:rPr>
          <w:rFonts w:ascii="Verdana" w:hAnsi="Verdana"/>
          <w:b/>
          <w:bCs/>
          <w:highlight w:val="yellow"/>
          <w:lang w:val="es-CR"/>
        </w:rPr>
        <w:t>de este documento</w:t>
      </w:r>
      <w:r w:rsidRPr="00227455">
        <w:rPr>
          <w:rFonts w:ascii="Verdana" w:hAnsi="Verdana"/>
          <w:highlight w:val="yellow"/>
          <w:lang w:val="es-CR"/>
        </w:rPr>
        <w:t>.</w:t>
      </w:r>
      <w:r w:rsidRPr="0080021A">
        <w:rPr>
          <w:rFonts w:ascii="Verdana" w:hAnsi="Verdana"/>
          <w:lang w:val="es-CR"/>
        </w:rPr>
        <w:t xml:space="preserve"> En esta caso, cada carta ya cuenta con el encabezado personalizado y ahí mismo consta </w:t>
      </w:r>
      <w:r w:rsidR="00227455">
        <w:rPr>
          <w:rFonts w:ascii="Verdana" w:hAnsi="Verdana"/>
          <w:lang w:val="es-CR"/>
        </w:rPr>
        <w:t>el</w:t>
      </w:r>
      <w:r w:rsidRPr="0080021A">
        <w:rPr>
          <w:rFonts w:ascii="Verdana" w:hAnsi="Verdana"/>
          <w:lang w:val="es-CR"/>
        </w:rPr>
        <w:t xml:space="preserve"> correo electrónico</w:t>
      </w:r>
      <w:r w:rsidR="00227455">
        <w:rPr>
          <w:rFonts w:ascii="Verdana" w:hAnsi="Verdana"/>
          <w:lang w:val="es-CR"/>
        </w:rPr>
        <w:t xml:space="preserve"> de la persona diputada</w:t>
      </w:r>
      <w:r w:rsidR="002C5203">
        <w:rPr>
          <w:rFonts w:ascii="Verdana" w:hAnsi="Verdana"/>
          <w:lang w:val="es-CR"/>
        </w:rPr>
        <w:t xml:space="preserve">. </w:t>
      </w:r>
      <w:r w:rsidR="002C5203" w:rsidRPr="002C5203">
        <w:rPr>
          <w:rFonts w:ascii="Verdana" w:hAnsi="Verdana"/>
          <w:b/>
          <w:bCs/>
          <w:highlight w:val="cyan"/>
          <w:lang w:val="es-CR"/>
        </w:rPr>
        <w:t>C</w:t>
      </w:r>
      <w:r w:rsidRPr="0080021A">
        <w:rPr>
          <w:rFonts w:ascii="Verdana" w:hAnsi="Verdana"/>
          <w:b/>
          <w:bCs/>
          <w:highlight w:val="cyan"/>
          <w:lang w:val="es-CR"/>
        </w:rPr>
        <w:t>ada</w:t>
      </w:r>
      <w:r w:rsidRPr="002C5203">
        <w:rPr>
          <w:rFonts w:ascii="Verdana" w:hAnsi="Verdana"/>
          <w:b/>
          <w:bCs/>
          <w:highlight w:val="cyan"/>
          <w:lang w:val="es-CR"/>
        </w:rPr>
        <w:t xml:space="preserve"> </w:t>
      </w:r>
      <w:r w:rsidRPr="0080021A">
        <w:rPr>
          <w:rFonts w:ascii="Verdana" w:hAnsi="Verdana"/>
          <w:b/>
          <w:bCs/>
          <w:highlight w:val="cyan"/>
          <w:lang w:val="es-CR"/>
        </w:rPr>
        <w:t>carta empieza en una página nueva</w:t>
      </w:r>
      <w:r w:rsidRPr="0080021A">
        <w:rPr>
          <w:rFonts w:ascii="Verdana" w:hAnsi="Verdana"/>
          <w:lang w:val="es-CR"/>
        </w:rPr>
        <w:t>.</w:t>
      </w:r>
    </w:p>
    <w:p w14:paraId="379A2FB8" w14:textId="77777777" w:rsidR="00D15702" w:rsidRPr="0080021A" w:rsidRDefault="00D15702" w:rsidP="00D15702">
      <w:pPr>
        <w:rPr>
          <w:rFonts w:ascii="Verdana" w:hAnsi="Verdana"/>
          <w:lang w:val="es-CR"/>
        </w:rPr>
      </w:pPr>
      <w:r w:rsidRPr="0080021A">
        <w:rPr>
          <w:rFonts w:ascii="Verdana" w:hAnsi="Verdana"/>
          <w:lang w:val="es-CR"/>
        </w:rPr>
        <w:br w:type="page"/>
      </w:r>
    </w:p>
    <w:p w14:paraId="5B2D7830" w14:textId="7361A801" w:rsidR="00143DD8" w:rsidRPr="0080021A" w:rsidRDefault="00143DD8" w:rsidP="00143DD8">
      <w:pPr>
        <w:jc w:val="center"/>
        <w:rPr>
          <w:rFonts w:ascii="Verdana" w:hAnsi="Verdana"/>
          <w:b/>
          <w:bCs/>
          <w:lang w:val="es-CR"/>
        </w:rPr>
      </w:pPr>
      <w:r w:rsidRPr="0080021A">
        <w:rPr>
          <w:rFonts w:ascii="Verdana" w:hAnsi="Verdana"/>
          <w:b/>
          <w:bCs/>
          <w:highlight w:val="green"/>
          <w:lang w:val="es-CR"/>
        </w:rPr>
        <w:lastRenderedPageBreak/>
        <w:t>OPCIÓN 1: un solo correo a las todas las personas diputadas</w:t>
      </w:r>
      <w:r w:rsidR="00FA7FF3" w:rsidRPr="0080021A">
        <w:rPr>
          <w:rFonts w:ascii="Verdana" w:hAnsi="Verdana"/>
          <w:b/>
          <w:bCs/>
          <w:highlight w:val="green"/>
          <w:lang w:val="es-CR"/>
        </w:rPr>
        <w:t xml:space="preserve"> del PLN</w:t>
      </w:r>
      <w:r w:rsidRPr="0080021A">
        <w:rPr>
          <w:rFonts w:ascii="Verdana" w:hAnsi="Verdana"/>
          <w:b/>
          <w:bCs/>
          <w:highlight w:val="green"/>
          <w:lang w:val="es-CR"/>
        </w:rPr>
        <w:t>.</w:t>
      </w:r>
    </w:p>
    <w:p w14:paraId="7A68C152" w14:textId="77777777" w:rsidR="00143DD8" w:rsidRPr="0080021A" w:rsidRDefault="00143DD8" w:rsidP="00143DD8">
      <w:pPr>
        <w:rPr>
          <w:rFonts w:ascii="Verdana" w:hAnsi="Verdana"/>
          <w:b/>
          <w:bCs/>
          <w:lang w:val="es-CR"/>
        </w:rPr>
      </w:pPr>
      <w:r w:rsidRPr="0080021A">
        <w:rPr>
          <w:rFonts w:ascii="Verdana" w:hAnsi="Verdana"/>
          <w:b/>
          <w:bCs/>
          <w:highlight w:val="cyan"/>
          <w:lang w:val="es-CR"/>
        </w:rPr>
        <w:t>Asunto sugerido:</w:t>
      </w:r>
    </w:p>
    <w:p w14:paraId="30C2CB6E" w14:textId="08A3824F" w:rsidR="00EA3404" w:rsidRPr="0080021A" w:rsidRDefault="00EA3404" w:rsidP="00EA3404">
      <w:pPr>
        <w:jc w:val="both"/>
        <w:rPr>
          <w:rFonts w:ascii="Verdana" w:hAnsi="Verdana" w:cs="Times New Roman"/>
          <w:bCs/>
          <w:lang w:val="es-MX"/>
        </w:rPr>
      </w:pPr>
      <w:r w:rsidRPr="0080021A">
        <w:rPr>
          <w:rFonts w:ascii="Verdana" w:hAnsi="Verdana" w:cs="Times New Roman"/>
          <w:bCs/>
          <w:lang w:val="es-MX"/>
        </w:rPr>
        <w:t>Preocupante información sobre la posición de personas diputadas del PLN</w:t>
      </w:r>
      <w:r w:rsidR="008605CB" w:rsidRPr="0080021A">
        <w:rPr>
          <w:rFonts w:ascii="Verdana" w:hAnsi="Verdana" w:cs="Times New Roman"/>
          <w:bCs/>
          <w:lang w:val="es-MX"/>
        </w:rPr>
        <w:t xml:space="preserve"> frente al</w:t>
      </w:r>
      <w:r w:rsidRPr="0080021A">
        <w:rPr>
          <w:rFonts w:ascii="Verdana" w:hAnsi="Verdana" w:cs="Times New Roman"/>
          <w:bCs/>
          <w:lang w:val="es-MX"/>
        </w:rPr>
        <w:t xml:space="preserve"> </w:t>
      </w:r>
      <w:r w:rsidRPr="0080021A">
        <w:rPr>
          <w:rFonts w:ascii="Verdana" w:hAnsi="Verdana" w:cs="Times New Roman"/>
          <w:bCs/>
          <w:lang w:val="es-MX"/>
        </w:rPr>
        <w:t xml:space="preserve">Proyecto de </w:t>
      </w:r>
      <w:r w:rsidR="00FA7FF3" w:rsidRPr="0080021A">
        <w:rPr>
          <w:rFonts w:ascii="Verdana" w:hAnsi="Verdana"/>
          <w:bCs/>
          <w:lang w:val="es-CR"/>
        </w:rPr>
        <w:t>“Armonización</w:t>
      </w:r>
      <w:r w:rsidR="0080021A">
        <w:rPr>
          <w:rFonts w:ascii="Verdana" w:hAnsi="Verdana"/>
          <w:bCs/>
          <w:lang w:val="es-CR"/>
        </w:rPr>
        <w:t>”</w:t>
      </w:r>
      <w:r w:rsidR="00FA7FF3" w:rsidRPr="0080021A">
        <w:rPr>
          <w:rFonts w:ascii="Verdana" w:hAnsi="Verdana"/>
          <w:bCs/>
          <w:lang w:val="es-CR"/>
        </w:rPr>
        <w:t xml:space="preserve"> del Sistema Eléctrico Nacional</w:t>
      </w:r>
    </w:p>
    <w:p w14:paraId="23CD08DA" w14:textId="0477141F" w:rsidR="00143DD8" w:rsidRPr="0080021A" w:rsidRDefault="00143DD8" w:rsidP="00143DD8">
      <w:pPr>
        <w:rPr>
          <w:rFonts w:ascii="Verdana" w:hAnsi="Verdana"/>
          <w:b/>
          <w:bCs/>
          <w:lang w:val="es-CR"/>
        </w:rPr>
      </w:pPr>
      <w:r w:rsidRPr="0080021A">
        <w:rPr>
          <w:rFonts w:ascii="Verdana" w:hAnsi="Verdana"/>
          <w:b/>
          <w:bCs/>
          <w:highlight w:val="cyan"/>
          <w:lang w:val="es-CR"/>
        </w:rPr>
        <w:t xml:space="preserve">Las </w:t>
      </w:r>
      <w:r w:rsidR="00FA7FF3" w:rsidRPr="0080021A">
        <w:rPr>
          <w:rFonts w:ascii="Verdana" w:hAnsi="Verdana"/>
          <w:b/>
          <w:bCs/>
          <w:highlight w:val="cyan"/>
          <w:lang w:val="es-CR"/>
        </w:rPr>
        <w:t xml:space="preserve">17 </w:t>
      </w:r>
      <w:r w:rsidRPr="0080021A">
        <w:rPr>
          <w:rFonts w:ascii="Verdana" w:hAnsi="Verdana"/>
          <w:b/>
          <w:bCs/>
          <w:highlight w:val="cyan"/>
          <w:lang w:val="es-CR"/>
        </w:rPr>
        <w:t>direcciones de correo electrónico son las siguientes:</w:t>
      </w:r>
    </w:p>
    <w:p w14:paraId="3C8DC214" w14:textId="59C72698" w:rsidR="00FA7FF3" w:rsidRPr="0080021A" w:rsidRDefault="00FA7FF3" w:rsidP="00FA7FF3">
      <w:pPr>
        <w:rPr>
          <w:rFonts w:ascii="Verdana" w:hAnsi="Verdana"/>
          <w:lang w:val="es-MX"/>
        </w:rPr>
      </w:pPr>
      <w:hyperlink r:id="rId6" w:history="1">
        <w:r w:rsidRPr="0080021A">
          <w:rPr>
            <w:rFonts w:ascii="Verdana" w:hAnsi="Verdana"/>
            <w:lang w:val="es-MX"/>
          </w:rPr>
          <w:t>alvaro.ramirez@asamblea.go.cr</w:t>
        </w:r>
      </w:hyperlink>
      <w:r w:rsidRPr="0080021A">
        <w:rPr>
          <w:rFonts w:ascii="Verdana" w:hAnsi="Verdana"/>
          <w:lang w:val="es-MX"/>
        </w:rPr>
        <w:t xml:space="preserve">; </w:t>
      </w:r>
      <w:hyperlink r:id="rId7" w:history="1">
        <w:r w:rsidRPr="0080021A">
          <w:rPr>
            <w:rFonts w:ascii="Verdana" w:hAnsi="Verdana"/>
            <w:lang w:val="es-MX"/>
          </w:rPr>
          <w:t>andrea.valverde@asamblea.go.cr</w:t>
        </w:r>
      </w:hyperlink>
      <w:r w:rsidRPr="0080021A">
        <w:rPr>
          <w:rFonts w:ascii="Verdana" w:hAnsi="Verdana"/>
          <w:lang w:val="es-MX"/>
        </w:rPr>
        <w:t xml:space="preserve">; eder.hernandez@asamblea.go.cr; diana.murillo@asamblea.go.cr; angela.aguilar@asamblea.go.cr; </w:t>
      </w:r>
      <w:hyperlink r:id="rId8" w:history="1">
        <w:r w:rsidRPr="0080021A">
          <w:rPr>
            <w:rFonts w:ascii="Verdana" w:hAnsi="Verdana"/>
            <w:lang w:val="es-MX"/>
          </w:rPr>
          <w:t>karol.matamoros@asamblea.go.cr</w:t>
        </w:r>
      </w:hyperlink>
      <w:r w:rsidRPr="0080021A">
        <w:rPr>
          <w:rFonts w:ascii="Verdana" w:hAnsi="Verdana"/>
          <w:lang w:val="es-MX"/>
        </w:rPr>
        <w:t xml:space="preserve">; </w:t>
      </w:r>
      <w:hyperlink r:id="rId9" w:history="1">
        <w:r w:rsidRPr="0080021A">
          <w:rPr>
            <w:rFonts w:ascii="Verdana" w:hAnsi="Verdana"/>
            <w:lang w:val="es-MX"/>
          </w:rPr>
          <w:t>karen.alfaro@asamblea.go.cr</w:t>
        </w:r>
      </w:hyperlink>
      <w:r w:rsidRPr="0080021A">
        <w:rPr>
          <w:rFonts w:ascii="Verdana" w:hAnsi="Verdana"/>
          <w:lang w:val="es-MX"/>
        </w:rPr>
        <w:t xml:space="preserve">; </w:t>
      </w:r>
      <w:hyperlink r:id="rId10" w:history="1">
        <w:r w:rsidRPr="0080021A">
          <w:rPr>
            <w:rFonts w:ascii="Verdana" w:hAnsi="Verdana"/>
            <w:lang w:val="es-MX"/>
          </w:rPr>
          <w:t>jesus.calderon@asamblea.go.cr</w:t>
        </w:r>
      </w:hyperlink>
      <w:r w:rsidRPr="0080021A">
        <w:rPr>
          <w:rFonts w:ascii="Verdana" w:hAnsi="Verdana"/>
          <w:lang w:val="es-MX"/>
        </w:rPr>
        <w:t xml:space="preserve">; </w:t>
      </w:r>
      <w:hyperlink r:id="rId11" w:history="1">
        <w:r w:rsidRPr="0080021A">
          <w:rPr>
            <w:rFonts w:ascii="Verdana" w:hAnsi="Verdana"/>
            <w:lang w:val="es-MX"/>
          </w:rPr>
          <w:t>janice.sandi@asamblea.go.cr</w:t>
        </w:r>
      </w:hyperlink>
      <w:r w:rsidRPr="0080021A">
        <w:rPr>
          <w:rFonts w:ascii="Verdana" w:hAnsi="Verdana"/>
          <w:lang w:val="es-MX"/>
        </w:rPr>
        <w:t xml:space="preserve">; iztaru.alfaro@asamblea.go.cr; </w:t>
      </w:r>
      <w:hyperlink r:id="rId12" w:history="1">
        <w:r w:rsidRPr="0080021A">
          <w:rPr>
            <w:rFonts w:ascii="Verdana" w:hAnsi="Verdana"/>
            <w:lang w:val="es-MX"/>
          </w:rPr>
          <w:t>victor.hidalgo@asamblea.go.cr</w:t>
        </w:r>
      </w:hyperlink>
      <w:r w:rsidRPr="0080021A">
        <w:rPr>
          <w:rFonts w:ascii="Verdana" w:hAnsi="Verdana"/>
          <w:lang w:val="es-MX"/>
        </w:rPr>
        <w:t xml:space="preserve">; </w:t>
      </w:r>
      <w:hyperlink r:id="rId13" w:history="1">
        <w:r w:rsidRPr="0080021A">
          <w:rPr>
            <w:rFonts w:ascii="Verdana" w:hAnsi="Verdana"/>
            <w:lang w:val="es-MX"/>
          </w:rPr>
          <w:t>salvador.padilla@asamblea.go.cr</w:t>
        </w:r>
      </w:hyperlink>
      <w:r w:rsidRPr="0080021A">
        <w:rPr>
          <w:rFonts w:ascii="Verdana" w:hAnsi="Verdana"/>
          <w:lang w:val="es-MX"/>
        </w:rPr>
        <w:t xml:space="preserve">; </w:t>
      </w:r>
      <w:hyperlink r:id="rId14" w:history="1">
        <w:r w:rsidRPr="0080021A">
          <w:rPr>
            <w:rFonts w:ascii="Verdana" w:hAnsi="Verdana"/>
            <w:lang w:val="es-MX"/>
          </w:rPr>
          <w:t>ronald.campos@asamblea.go.cr</w:t>
        </w:r>
      </w:hyperlink>
      <w:r w:rsidRPr="0080021A">
        <w:rPr>
          <w:rFonts w:ascii="Verdana" w:hAnsi="Verdana"/>
          <w:lang w:val="es-MX"/>
        </w:rPr>
        <w:t xml:space="preserve">; </w:t>
      </w:r>
      <w:hyperlink r:id="rId15" w:history="1">
        <w:r w:rsidRPr="0080021A">
          <w:rPr>
            <w:rFonts w:ascii="Verdana" w:hAnsi="Verdana"/>
            <w:lang w:val="es-MX"/>
          </w:rPr>
          <w:t>rafael.vargasb@asamblea.go.cr</w:t>
        </w:r>
      </w:hyperlink>
      <w:r w:rsidRPr="0080021A">
        <w:rPr>
          <w:rFonts w:ascii="Verdana" w:hAnsi="Verdana"/>
          <w:lang w:val="es-MX"/>
        </w:rPr>
        <w:t xml:space="preserve">; </w:t>
      </w:r>
      <w:hyperlink r:id="rId16" w:history="1">
        <w:r w:rsidRPr="0080021A">
          <w:rPr>
            <w:rFonts w:ascii="Verdana" w:hAnsi="Verdana"/>
            <w:lang w:val="es-MX"/>
          </w:rPr>
          <w:t>norjelens.lobo@asamblea.go.cr</w:t>
        </w:r>
      </w:hyperlink>
      <w:r w:rsidRPr="0080021A">
        <w:rPr>
          <w:rFonts w:ascii="Verdana" w:hAnsi="Verdana"/>
          <w:lang w:val="es-MX"/>
        </w:rPr>
        <w:t xml:space="preserve">; </w:t>
      </w:r>
      <w:hyperlink r:id="rId17" w:history="1">
        <w:r w:rsidRPr="0080021A">
          <w:rPr>
            <w:rFonts w:ascii="Verdana" w:hAnsi="Verdana"/>
            <w:lang w:val="es-MX"/>
          </w:rPr>
          <w:t>marco.badilla@asamblea.go.cr</w:t>
        </w:r>
      </w:hyperlink>
      <w:r w:rsidRPr="0080021A">
        <w:rPr>
          <w:rFonts w:ascii="Verdana" w:hAnsi="Verdana"/>
          <w:lang w:val="es-MX"/>
        </w:rPr>
        <w:t xml:space="preserve">; mangell.mclean@asamblea.go.cr; </w:t>
      </w:r>
    </w:p>
    <w:p w14:paraId="2E0AF186" w14:textId="77777777" w:rsidR="00143DD8" w:rsidRPr="0080021A" w:rsidRDefault="00143DD8" w:rsidP="00143DD8">
      <w:pPr>
        <w:rPr>
          <w:rFonts w:ascii="Verdana" w:hAnsi="Verdana"/>
          <w:b/>
          <w:bCs/>
          <w:lang w:val="es-CR"/>
        </w:rPr>
      </w:pPr>
      <w:r w:rsidRPr="0080021A">
        <w:rPr>
          <w:rFonts w:ascii="Verdana" w:hAnsi="Verdana"/>
          <w:b/>
          <w:bCs/>
          <w:highlight w:val="cyan"/>
          <w:lang w:val="es-CR"/>
        </w:rPr>
        <w:t>La carta sugerida es la siguiente:</w:t>
      </w:r>
    </w:p>
    <w:p w14:paraId="2D65A3CB" w14:textId="77777777" w:rsidR="008605CB" w:rsidRPr="0080021A" w:rsidRDefault="008605CB" w:rsidP="00143DD8">
      <w:pPr>
        <w:spacing w:after="40"/>
        <w:rPr>
          <w:rFonts w:ascii="Verdana" w:hAnsi="Verdana"/>
          <w:lang w:val="es-CR"/>
        </w:rPr>
      </w:pPr>
    </w:p>
    <w:p w14:paraId="15C3E402" w14:textId="77777777" w:rsidR="008605CB" w:rsidRPr="0080021A" w:rsidRDefault="00143DD8" w:rsidP="0080021A">
      <w:pPr>
        <w:spacing w:after="40"/>
        <w:rPr>
          <w:rFonts w:ascii="Verdana" w:hAnsi="Verdana"/>
          <w:lang w:val="es-CR"/>
        </w:rPr>
      </w:pPr>
      <w:r w:rsidRPr="0080021A">
        <w:rPr>
          <w:rFonts w:ascii="Verdana" w:hAnsi="Verdana"/>
          <w:lang w:val="es-CR"/>
        </w:rPr>
        <w:t>Señoras Diputadas y Señores Diputados</w:t>
      </w:r>
      <w:r w:rsidR="00B05702" w:rsidRPr="0080021A">
        <w:rPr>
          <w:rFonts w:ascii="Verdana" w:hAnsi="Verdana"/>
          <w:lang w:val="es-CR"/>
        </w:rPr>
        <w:t xml:space="preserve"> del Partido Liberación Nacional (PLN)</w:t>
      </w:r>
    </w:p>
    <w:p w14:paraId="4FDE4A54" w14:textId="77777777" w:rsidR="008605CB" w:rsidRPr="0080021A" w:rsidRDefault="00143DD8" w:rsidP="0080021A">
      <w:pPr>
        <w:spacing w:after="40"/>
        <w:rPr>
          <w:rFonts w:ascii="Verdana" w:hAnsi="Verdana"/>
          <w:lang w:val="es-CR"/>
        </w:rPr>
      </w:pPr>
      <w:r w:rsidRPr="0080021A">
        <w:rPr>
          <w:rFonts w:ascii="Verdana" w:hAnsi="Verdana"/>
          <w:lang w:val="es-CR"/>
        </w:rPr>
        <w:t>Asamblea Legislativa de la República de Costa Rica</w:t>
      </w:r>
    </w:p>
    <w:p w14:paraId="7054F33E" w14:textId="77777777" w:rsidR="00460B80" w:rsidRPr="0080021A" w:rsidRDefault="00460B80" w:rsidP="0080021A">
      <w:pPr>
        <w:spacing w:after="40"/>
        <w:rPr>
          <w:rFonts w:ascii="Verdana" w:hAnsi="Verdana"/>
          <w:lang w:val="es-CR"/>
        </w:rPr>
      </w:pPr>
    </w:p>
    <w:p w14:paraId="28BDB10F" w14:textId="3856ADC3" w:rsidR="008605CB" w:rsidRPr="0080021A" w:rsidRDefault="00143DD8" w:rsidP="0080021A">
      <w:pPr>
        <w:spacing w:after="40"/>
        <w:rPr>
          <w:rFonts w:ascii="Verdana" w:hAnsi="Verdana"/>
          <w:lang w:val="es-CR"/>
        </w:rPr>
      </w:pPr>
      <w:r w:rsidRPr="0080021A">
        <w:rPr>
          <w:rFonts w:ascii="Verdana" w:hAnsi="Verdana"/>
          <w:lang w:val="es-CR"/>
        </w:rPr>
        <w:t>Estimables señoras diputadas y señores diputados:</w:t>
      </w:r>
    </w:p>
    <w:p w14:paraId="7CACF8AB" w14:textId="77777777" w:rsidR="008605CB" w:rsidRPr="0080021A" w:rsidRDefault="008605CB" w:rsidP="008605CB">
      <w:pPr>
        <w:spacing w:after="160"/>
        <w:rPr>
          <w:rFonts w:ascii="Verdana" w:hAnsi="Verdana"/>
          <w:lang w:val="es-CR"/>
        </w:rPr>
      </w:pPr>
    </w:p>
    <w:p w14:paraId="350161A6" w14:textId="4A1AAEB3" w:rsidR="00B514DA" w:rsidRPr="0080021A" w:rsidRDefault="00143DD8" w:rsidP="008605CB">
      <w:pPr>
        <w:spacing w:after="160"/>
        <w:rPr>
          <w:rFonts w:ascii="Verdana" w:hAnsi="Verdana"/>
          <w:lang w:val="es-CR"/>
        </w:rPr>
      </w:pPr>
      <w:r w:rsidRPr="0080021A">
        <w:rPr>
          <w:rFonts w:ascii="Verdana" w:hAnsi="Verdana"/>
          <w:lang w:val="es-CR"/>
        </w:rPr>
        <w:t>Reciban un cordial saludo.</w:t>
      </w:r>
    </w:p>
    <w:p w14:paraId="4EA4F99B" w14:textId="77777777" w:rsidR="00B05702" w:rsidRPr="0080021A" w:rsidRDefault="00B05702" w:rsidP="00B05702">
      <w:pPr>
        <w:spacing w:after="160"/>
        <w:rPr>
          <w:rFonts w:ascii="Verdana" w:hAnsi="Verdana"/>
          <w:lang w:val="es-CR"/>
        </w:rPr>
      </w:pPr>
      <w:r w:rsidRPr="0080021A">
        <w:rPr>
          <w:rFonts w:ascii="Verdana" w:hAnsi="Verdana"/>
          <w:lang w:val="es-CR"/>
        </w:rPr>
        <w:t>Durante los últimos días ha circulado un rumor de que algunas personas diputadas del PLN habrían cambiado de posición y estarían votando a favor del mal llamado proyecto de Ley de Armonización Eléctrica en el segundo debate legislativo. Esta posibilidad ha encendido todas las alarmas en el movimiento social y en el pueblo de Costa Rica en general, pues, como ya se ha discutido ampliamente, este proyecto de ley es básicamente un nuevo intento de privatización y desmantelamiento del exitoso modelo eléctrico costarricense.</w:t>
      </w:r>
    </w:p>
    <w:p w14:paraId="2A08822E" w14:textId="77777777" w:rsidR="00B05702" w:rsidRPr="0080021A" w:rsidRDefault="00B05702" w:rsidP="00B05702">
      <w:pPr>
        <w:spacing w:after="160"/>
        <w:rPr>
          <w:rFonts w:ascii="Verdana" w:hAnsi="Verdana"/>
          <w:lang w:val="es-CR"/>
        </w:rPr>
      </w:pPr>
      <w:r w:rsidRPr="0080021A">
        <w:rPr>
          <w:rFonts w:ascii="Verdana" w:hAnsi="Verdana"/>
          <w:lang w:val="es-CR"/>
        </w:rPr>
        <w:t xml:space="preserve">Este proyecto de ley no tiene nada de novedoso; representa un caso más de la vieja receta privatizadora de los años 1990, que alrededor del mundo ha tenido consecuencias nefastas sobre la gestión de los sistemas eléctricos. Amplia evidencia y datos dan cuenta de los resultados desastrosos de este tipo de políticas, por ejemplo, fuertes aumentos en tarifas eléctricas residenciales y de pequeños comercios, deterioro en la calidad de los sistemas eléctricos (que se expresa en apagones, fluctuaciones y mayor inestabilidad de la corriente) y una captura </w:t>
      </w:r>
      <w:r w:rsidRPr="0080021A">
        <w:rPr>
          <w:rFonts w:ascii="Verdana" w:hAnsi="Verdana"/>
          <w:lang w:val="es-CR"/>
        </w:rPr>
        <w:lastRenderedPageBreak/>
        <w:t>corporativa de los espacios de toma de decisión en el sector eléctrico, dominados por puertas giratorias y conflictos de intereses. En fin, se trata de un proyecto de ley intencionado para que grandes actores económicos se apropien de un patrimonio socialmente construido durante décadas y monten un millonario negocio privado, del cual el pueblo de Costa Rica no recibiría beneficio alguno.</w:t>
      </w:r>
    </w:p>
    <w:p w14:paraId="2376F482" w14:textId="77777777" w:rsidR="00B05702" w:rsidRPr="0080021A" w:rsidRDefault="00B05702" w:rsidP="00B05702">
      <w:pPr>
        <w:spacing w:after="160"/>
        <w:rPr>
          <w:rFonts w:ascii="Verdana" w:hAnsi="Verdana"/>
          <w:lang w:val="es-CR"/>
        </w:rPr>
      </w:pPr>
      <w:r w:rsidRPr="0080021A">
        <w:rPr>
          <w:rFonts w:ascii="Verdana" w:hAnsi="Verdana"/>
          <w:lang w:val="es-CR"/>
        </w:rPr>
        <w:t>La posibilidad de que algunas personas diputadas del PLN apoyen este proyecto de ley también preocupa mucho por lo que esto significa en la actual coyuntura política nacional. Estamos atravesando uno de los momentos más críticos en la historia reciente del país, con un gobierno – y su respectiva fracción legislativa – que han dado claras señales de autoritarismo y total falta de respeto por los principios democráticos más básicos, como lo es la división de poderes. Ni hablar de las evidencias cada vez mayores que vinculan a este partido político con estructuras del crimen organizado y grandes esquemas de corrupción e impunidad. Apoyar el proyecto de ley de “armonización” eléctrica es apoyar un proyecto político de mayor alcance, el cual amenaza con destruir la democracia costarricense y los principios básicos de convivencia social.</w:t>
      </w:r>
    </w:p>
    <w:p w14:paraId="258ED1E1" w14:textId="77777777" w:rsidR="00B05702" w:rsidRPr="0080021A" w:rsidRDefault="00B05702" w:rsidP="00B05702">
      <w:pPr>
        <w:spacing w:after="160"/>
        <w:rPr>
          <w:rFonts w:ascii="Verdana" w:hAnsi="Verdana"/>
          <w:lang w:val="es-CR"/>
        </w:rPr>
      </w:pPr>
      <w:r w:rsidRPr="0080021A">
        <w:rPr>
          <w:rFonts w:ascii="Verdana" w:hAnsi="Verdana"/>
          <w:lang w:val="es-CR"/>
        </w:rPr>
        <w:t xml:space="preserve">Mientras en otros países del mundo se está discutiendo seriamente la necesidad de </w:t>
      </w:r>
      <w:proofErr w:type="spellStart"/>
      <w:r w:rsidRPr="0080021A">
        <w:rPr>
          <w:rFonts w:ascii="Verdana" w:hAnsi="Verdana"/>
          <w:lang w:val="es-CR"/>
        </w:rPr>
        <w:t>re-estatizar</w:t>
      </w:r>
      <w:proofErr w:type="spellEnd"/>
      <w:r w:rsidRPr="0080021A">
        <w:rPr>
          <w:rFonts w:ascii="Verdana" w:hAnsi="Verdana"/>
          <w:lang w:val="es-CR"/>
        </w:rPr>
        <w:t xml:space="preserve"> los sistemas eléctricos debido a los pésimos resultados de las privatizaciones, en Costa Rica se está impulsando el proyecto de ley de “armonización”, ignorando toda la evidencia disponible a partir de las experiencias internacionales. Inclusive, Costa Rica es reconocida a nivel mundial por poseer un modelo eléctrico altamente exitoso y ejemplar, con altos estándares de calidad, servicio al costo, acceso universal y soberanía energética. Desde luego que hay aspectos por mejorar, pero este proyecto de ley no atiende dichos aspectos sino que más bien vendría a destruir lo que sí funciona bien e imitar lo peor que se ha hecho en otros países.</w:t>
      </w:r>
    </w:p>
    <w:p w14:paraId="7316767B" w14:textId="77777777" w:rsidR="00B05702" w:rsidRPr="0080021A" w:rsidRDefault="00B05702" w:rsidP="00B05702">
      <w:pPr>
        <w:spacing w:after="160"/>
        <w:rPr>
          <w:rFonts w:ascii="Verdana" w:hAnsi="Verdana"/>
          <w:lang w:val="es-CR"/>
        </w:rPr>
      </w:pPr>
      <w:r w:rsidRPr="0080021A">
        <w:rPr>
          <w:rFonts w:ascii="Verdana" w:hAnsi="Verdana"/>
          <w:lang w:val="es-CR"/>
        </w:rPr>
        <w:t>Como ciudadanía organizada, crítica y preocupada por el bienestar de nuestro país, les recordamos la enorme responsabilidad que tienen en sus manos. Una mala decisión puede provocar un daño enorme a la sociedad costarricense, el ambiente y las futuras generaciones, el cual luego resultaría muy difícil de revertir. Les recordamos también el compromiso que ustedes han asumido como bloque democrático legislativo en defensa del Estado Social de Derecho, el cual se encuentra más amenazado que nunca. Esperamos que cumplan con su palabra y que no traicionen al pueblo de Costa Rica, que ya tiene suficientes problemas como para meterse en uno más. Estaremos vigilantes y, si fuera el caso, listos/as para convocar grandes movilizaciones.</w:t>
      </w:r>
    </w:p>
    <w:p w14:paraId="3FCC5368" w14:textId="77777777" w:rsidR="00B05702" w:rsidRPr="0080021A" w:rsidRDefault="00B05702" w:rsidP="00B05702">
      <w:pPr>
        <w:spacing w:after="160"/>
        <w:rPr>
          <w:rFonts w:ascii="Verdana" w:hAnsi="Verdana"/>
          <w:lang w:val="es-CR"/>
        </w:rPr>
      </w:pPr>
      <w:r w:rsidRPr="0080021A">
        <w:rPr>
          <w:rFonts w:ascii="Verdana" w:hAnsi="Verdana"/>
          <w:lang w:val="es-CR"/>
        </w:rPr>
        <w:t>Atentamente.</w:t>
      </w:r>
    </w:p>
    <w:p w14:paraId="368B0504" w14:textId="570F5028" w:rsidR="00227455" w:rsidRDefault="00227455">
      <w:pPr>
        <w:spacing w:after="40"/>
        <w:rPr>
          <w:rFonts w:ascii="Verdana" w:hAnsi="Verdana"/>
          <w:lang w:val="es-CR"/>
        </w:rPr>
      </w:pPr>
      <w:r>
        <w:rPr>
          <w:rFonts w:ascii="Verdana" w:hAnsi="Verdana"/>
          <w:lang w:val="es-CR"/>
        </w:rPr>
        <w:br w:type="page"/>
      </w:r>
    </w:p>
    <w:p w14:paraId="060496D3" w14:textId="35FEEB63" w:rsidR="00460B80" w:rsidRPr="0080021A" w:rsidRDefault="00460B80" w:rsidP="00460B80">
      <w:pPr>
        <w:jc w:val="center"/>
        <w:rPr>
          <w:rFonts w:ascii="Verdana" w:hAnsi="Verdana"/>
          <w:b/>
          <w:bCs/>
          <w:highlight w:val="green"/>
          <w:lang w:val="es-CR"/>
        </w:rPr>
      </w:pPr>
      <w:r w:rsidRPr="0080021A">
        <w:rPr>
          <w:rFonts w:ascii="Verdana" w:hAnsi="Verdana"/>
          <w:b/>
          <w:bCs/>
          <w:highlight w:val="green"/>
          <w:lang w:val="es-CR"/>
        </w:rPr>
        <w:lastRenderedPageBreak/>
        <w:t>OPCIÓN 2: un correo personalizado para cada persona diputada</w:t>
      </w:r>
      <w:r w:rsidRPr="0080021A">
        <w:rPr>
          <w:rFonts w:ascii="Verdana" w:hAnsi="Verdana"/>
          <w:b/>
          <w:bCs/>
          <w:highlight w:val="green"/>
          <w:lang w:val="es-CR"/>
        </w:rPr>
        <w:t xml:space="preserve"> del PLN</w:t>
      </w:r>
      <w:r w:rsidRPr="0080021A">
        <w:rPr>
          <w:rFonts w:ascii="Verdana" w:hAnsi="Verdana"/>
          <w:b/>
          <w:bCs/>
          <w:highlight w:val="green"/>
          <w:lang w:val="es-CR"/>
        </w:rPr>
        <w:t>.</w:t>
      </w:r>
    </w:p>
    <w:p w14:paraId="791AD585" w14:textId="77777777" w:rsidR="00460B80" w:rsidRPr="0080021A" w:rsidRDefault="00460B80" w:rsidP="00460B80">
      <w:pPr>
        <w:rPr>
          <w:rFonts w:ascii="Verdana" w:hAnsi="Verdana"/>
          <w:b/>
          <w:bCs/>
          <w:lang w:val="es-CR"/>
        </w:rPr>
      </w:pPr>
      <w:r w:rsidRPr="0080021A">
        <w:rPr>
          <w:rFonts w:ascii="Verdana" w:hAnsi="Verdana"/>
          <w:b/>
          <w:bCs/>
          <w:highlight w:val="cyan"/>
          <w:lang w:val="es-CR"/>
        </w:rPr>
        <w:t>Asunto sugerido:</w:t>
      </w:r>
    </w:p>
    <w:p w14:paraId="61A3F59F" w14:textId="77777777" w:rsidR="0080021A" w:rsidRPr="0080021A" w:rsidRDefault="0080021A" w:rsidP="0080021A">
      <w:pPr>
        <w:jc w:val="both"/>
        <w:rPr>
          <w:rFonts w:ascii="Verdana" w:hAnsi="Verdana" w:cs="Times New Roman"/>
          <w:bCs/>
          <w:lang w:val="es-MX"/>
        </w:rPr>
      </w:pPr>
      <w:r w:rsidRPr="0080021A">
        <w:rPr>
          <w:rFonts w:ascii="Verdana" w:hAnsi="Verdana" w:cs="Times New Roman"/>
          <w:bCs/>
          <w:lang w:val="es-MX"/>
        </w:rPr>
        <w:t xml:space="preserve">Preocupante información sobre la posición de personas diputadas del PLN frente al Proyecto de </w:t>
      </w:r>
      <w:r w:rsidRPr="0080021A">
        <w:rPr>
          <w:rFonts w:ascii="Verdana" w:hAnsi="Verdana"/>
          <w:bCs/>
          <w:lang w:val="es-CR"/>
        </w:rPr>
        <w:t>“Armonización</w:t>
      </w:r>
      <w:r>
        <w:rPr>
          <w:rFonts w:ascii="Verdana" w:hAnsi="Verdana"/>
          <w:bCs/>
          <w:lang w:val="es-CR"/>
        </w:rPr>
        <w:t>”</w:t>
      </w:r>
      <w:r w:rsidRPr="0080021A">
        <w:rPr>
          <w:rFonts w:ascii="Verdana" w:hAnsi="Verdana"/>
          <w:bCs/>
          <w:lang w:val="es-CR"/>
        </w:rPr>
        <w:t xml:space="preserve"> del Sistema Eléctrico Nacional</w:t>
      </w:r>
    </w:p>
    <w:p w14:paraId="28F71C10" w14:textId="77777777" w:rsidR="00460B80" w:rsidRPr="0080021A" w:rsidRDefault="00460B80" w:rsidP="00460B80">
      <w:pPr>
        <w:rPr>
          <w:rFonts w:ascii="Verdana" w:hAnsi="Verdana"/>
          <w:b/>
          <w:bCs/>
          <w:lang w:val="es-CR"/>
        </w:rPr>
      </w:pPr>
      <w:r w:rsidRPr="0080021A">
        <w:rPr>
          <w:rFonts w:ascii="Verdana" w:hAnsi="Verdana"/>
          <w:b/>
          <w:bCs/>
          <w:highlight w:val="cyan"/>
          <w:lang w:val="es-CR"/>
        </w:rPr>
        <w:t>La cartas sugeridas son las siguientes (cada carta empieza en una página nueva):</w:t>
      </w:r>
    </w:p>
    <w:p w14:paraId="0571082A" w14:textId="77777777" w:rsidR="00DD0993" w:rsidRPr="0080021A" w:rsidRDefault="00DD0993">
      <w:pPr>
        <w:spacing w:after="40"/>
        <w:rPr>
          <w:rFonts w:ascii="Verdana" w:hAnsi="Verdana"/>
          <w:lang w:val="es-CR"/>
        </w:rPr>
      </w:pPr>
    </w:p>
    <w:p w14:paraId="37E439F2" w14:textId="77777777" w:rsidR="00B514DA" w:rsidRPr="0080021A" w:rsidRDefault="00B514DA">
      <w:pPr>
        <w:spacing w:after="40"/>
        <w:rPr>
          <w:rFonts w:ascii="Verdana" w:hAnsi="Verdana"/>
          <w:lang w:val="es-CR"/>
        </w:rPr>
      </w:pPr>
    </w:p>
    <w:p w14:paraId="13EAA4D7" w14:textId="5359D243" w:rsidR="00D96A2B" w:rsidRPr="0080021A" w:rsidRDefault="00000000">
      <w:pPr>
        <w:spacing w:after="40"/>
        <w:rPr>
          <w:rFonts w:ascii="Verdana" w:hAnsi="Verdana"/>
          <w:lang w:val="es-CR"/>
        </w:rPr>
      </w:pPr>
      <w:r w:rsidRPr="0080021A">
        <w:rPr>
          <w:rFonts w:ascii="Verdana" w:hAnsi="Verdana"/>
          <w:lang w:val="es-CR"/>
        </w:rPr>
        <w:t>Señor Diputado</w:t>
      </w:r>
    </w:p>
    <w:p w14:paraId="2BC280DB" w14:textId="77777777" w:rsidR="00D96A2B" w:rsidRPr="0080021A" w:rsidRDefault="00000000">
      <w:pPr>
        <w:spacing w:after="40"/>
        <w:rPr>
          <w:rFonts w:ascii="Verdana" w:hAnsi="Verdana"/>
          <w:lang w:val="es-CR"/>
        </w:rPr>
      </w:pPr>
      <w:r w:rsidRPr="0080021A">
        <w:rPr>
          <w:rFonts w:ascii="Verdana" w:hAnsi="Verdana"/>
          <w:b/>
          <w:lang w:val="es-CR"/>
        </w:rPr>
        <w:t>Alvaro Ramirez - alvaro.ramirez@asamblea.go.cr</w:t>
      </w:r>
    </w:p>
    <w:p w14:paraId="5FD6269A" w14:textId="77777777" w:rsidR="00D96A2B" w:rsidRPr="0080021A" w:rsidRDefault="00000000">
      <w:pPr>
        <w:spacing w:after="240"/>
        <w:rPr>
          <w:rFonts w:ascii="Verdana" w:hAnsi="Verdana"/>
          <w:lang w:val="es-CR"/>
        </w:rPr>
      </w:pPr>
      <w:r w:rsidRPr="0080021A">
        <w:rPr>
          <w:rFonts w:ascii="Verdana" w:hAnsi="Verdana"/>
          <w:lang w:val="es-CR"/>
        </w:rPr>
        <w:t>Asamblea Legislativa de la República de Costa Rica</w:t>
      </w:r>
    </w:p>
    <w:p w14:paraId="3593C201" w14:textId="77777777" w:rsidR="00D96A2B" w:rsidRPr="0080021A" w:rsidRDefault="00000000">
      <w:pPr>
        <w:spacing w:after="240"/>
        <w:rPr>
          <w:rFonts w:ascii="Verdana" w:hAnsi="Verdana"/>
          <w:lang w:val="es-CR"/>
        </w:rPr>
      </w:pPr>
      <w:r w:rsidRPr="0080021A">
        <w:rPr>
          <w:rFonts w:ascii="Verdana" w:hAnsi="Verdana"/>
          <w:lang w:val="es-CR"/>
        </w:rPr>
        <w:t>Estimado señor diputado:</w:t>
      </w:r>
    </w:p>
    <w:p w14:paraId="008674F6" w14:textId="77777777" w:rsidR="00D96A2B" w:rsidRPr="0080021A" w:rsidRDefault="00000000">
      <w:pPr>
        <w:spacing w:after="160"/>
        <w:rPr>
          <w:rFonts w:ascii="Verdana" w:hAnsi="Verdana"/>
          <w:lang w:val="es-CR"/>
        </w:rPr>
      </w:pPr>
      <w:r w:rsidRPr="0080021A">
        <w:rPr>
          <w:rFonts w:ascii="Verdana" w:hAnsi="Verdana"/>
          <w:lang w:val="es-CR"/>
        </w:rPr>
        <w:t>Reciba un cordial saludo.</w:t>
      </w:r>
    </w:p>
    <w:p w14:paraId="4141B79E" w14:textId="77777777" w:rsidR="00D96A2B" w:rsidRPr="0080021A" w:rsidRDefault="00000000">
      <w:pPr>
        <w:spacing w:after="160"/>
        <w:rPr>
          <w:rFonts w:ascii="Verdana" w:hAnsi="Verdana"/>
          <w:lang w:val="es-CR"/>
        </w:rPr>
      </w:pPr>
      <w:r w:rsidRPr="0080021A">
        <w:rPr>
          <w:rFonts w:ascii="Verdana" w:hAnsi="Verdana"/>
          <w:lang w:val="es-CR"/>
        </w:rPr>
        <w:t>Durante los últimos días ha circulado un rumor de que algunas personas diputadas del PLN habrían cambiado de posición y estarían votando a favor del mal llamado proyecto de Ley de Armonización Eléctrica en el segundo debate legislativo. Esta posibilidad ha encendido todas las alarmas en el movimiento social y en el pueblo de Costa Rica en general, pues, como ya se ha discutido ampliamente, este proyecto de ley es básicamente un nuevo intento de privatización y desmantelamiento del exitoso modelo eléctrico costarricense.</w:t>
      </w:r>
    </w:p>
    <w:p w14:paraId="112DEF5C" w14:textId="77777777" w:rsidR="00D96A2B" w:rsidRPr="0080021A" w:rsidRDefault="00000000">
      <w:pPr>
        <w:spacing w:after="160"/>
        <w:rPr>
          <w:rFonts w:ascii="Verdana" w:hAnsi="Verdana"/>
          <w:lang w:val="es-CR"/>
        </w:rPr>
      </w:pPr>
      <w:r w:rsidRPr="0080021A">
        <w:rPr>
          <w:rFonts w:ascii="Verdana" w:hAnsi="Verdana"/>
          <w:lang w:val="es-CR"/>
        </w:rPr>
        <w:t>Este proyecto de ley no tiene nada de novedoso; representa un caso más de la vieja receta privatizadora de los años 1990, que alrededor del mundo ha tenido consecuencias nefastas sobre la gestión de los sistemas eléctricos. Amplia evidencia y datos dan cuenta de los resultados desastrosos de este tipo de políticas, por ejemplo, fuertes aumentos en tarifas eléctricas residenciales y de pequeños comercios, deterioro en la calidad de los sistemas eléctricos (que se expresa en apagones, fluctuaciones y mayor inestabilidad de la corriente) y una captura corporativa de los espacios de toma de decisión en el sector eléctrico, dominados por puertas giratorias y conflictos de intereses. En fin, se trata de un proyecto de ley intencionado para que grandes actores económicos se apropien de un patrimonio socialmente construido durante décadas y monten un millonario negocio privado, del cual el pueblo de Costa Rica no recibiría beneficio alguno.</w:t>
      </w:r>
    </w:p>
    <w:p w14:paraId="2A445BE3" w14:textId="77777777" w:rsidR="00D96A2B" w:rsidRPr="0080021A" w:rsidRDefault="00000000">
      <w:pPr>
        <w:spacing w:after="160"/>
        <w:rPr>
          <w:rFonts w:ascii="Verdana" w:hAnsi="Verdana"/>
          <w:lang w:val="es-CR"/>
        </w:rPr>
      </w:pPr>
      <w:r w:rsidRPr="0080021A">
        <w:rPr>
          <w:rFonts w:ascii="Verdana" w:hAnsi="Verdana"/>
          <w:lang w:val="es-CR"/>
        </w:rPr>
        <w:t xml:space="preserve">La posibilidad de que algunas personas diputadas del PLN apoyen este proyecto de ley también preocupa mucho por lo que esto significa en la actual coyuntura política nacional. Estamos atravesando uno de los momentos más críticos en la historia reciente del país, con un gobierno – y su respectiva fracción legislativa – que han </w:t>
      </w:r>
      <w:r w:rsidRPr="0080021A">
        <w:rPr>
          <w:rFonts w:ascii="Verdana" w:hAnsi="Verdana"/>
          <w:lang w:val="es-CR"/>
        </w:rPr>
        <w:lastRenderedPageBreak/>
        <w:t>dado claras señales de autoritarismo y total falta de respeto por los principios democráticos más básicos, como lo es la división de poderes. Ni hablar de las evidencias cada vez mayores que vinculan a este partido político con estructuras del crimen organizado y grandes esquemas de corrupción e impunidad. Apoyar el proyecto de ley de “armonización” eléctrica es apoyar un proyecto político de mayor alcance, el cual amenaza con destruir la democracia costarricense y los principios básicos de convivencia social.</w:t>
      </w:r>
    </w:p>
    <w:p w14:paraId="1B85E789" w14:textId="77777777" w:rsidR="00D96A2B" w:rsidRPr="0080021A" w:rsidRDefault="00000000">
      <w:pPr>
        <w:spacing w:after="160"/>
        <w:rPr>
          <w:rFonts w:ascii="Verdana" w:hAnsi="Verdana"/>
          <w:lang w:val="es-CR"/>
        </w:rPr>
      </w:pPr>
      <w:r w:rsidRPr="0080021A">
        <w:rPr>
          <w:rFonts w:ascii="Verdana" w:hAnsi="Verdana"/>
          <w:lang w:val="es-CR"/>
        </w:rPr>
        <w:t xml:space="preserve">Mientras en otros países del mundo se está discutiendo seriamente la necesidad de </w:t>
      </w:r>
      <w:proofErr w:type="spellStart"/>
      <w:r w:rsidRPr="0080021A">
        <w:rPr>
          <w:rFonts w:ascii="Verdana" w:hAnsi="Verdana"/>
          <w:lang w:val="es-CR"/>
        </w:rPr>
        <w:t>re-estatizar</w:t>
      </w:r>
      <w:proofErr w:type="spellEnd"/>
      <w:r w:rsidRPr="0080021A">
        <w:rPr>
          <w:rFonts w:ascii="Verdana" w:hAnsi="Verdana"/>
          <w:lang w:val="es-CR"/>
        </w:rPr>
        <w:t xml:space="preserve"> los sistemas eléctricos debido a los pésimos resultados de las privatizaciones, en Costa Rica se está impulsando el proyecto de ley de “armonización”, ignorando toda la evidencia disponible a partir de las experiencias internacionales. Inclusive, Costa Rica es reconocida a nivel mundial por poseer un modelo eléctrico altamente exitoso y ejemplar, con altos estándares de calidad, servicio al costo, acceso universal y soberanía energética. Desde luego que hay aspectos por mejorar, pero este proyecto de ley no atiende dichos aspectos sino que más bien vendría a destruir lo que sí funciona bien e imitar lo peor que se ha hecho en otros países.</w:t>
      </w:r>
    </w:p>
    <w:p w14:paraId="7B1044F6" w14:textId="77777777" w:rsidR="00D96A2B" w:rsidRPr="0080021A" w:rsidRDefault="00000000">
      <w:pPr>
        <w:spacing w:after="160"/>
        <w:rPr>
          <w:rFonts w:ascii="Verdana" w:hAnsi="Verdana"/>
          <w:lang w:val="es-CR"/>
        </w:rPr>
      </w:pPr>
      <w:r w:rsidRPr="0080021A">
        <w:rPr>
          <w:rFonts w:ascii="Verdana" w:hAnsi="Verdana"/>
          <w:lang w:val="es-CR"/>
        </w:rPr>
        <w:t>Como ciudadanía organizada, crítica y preocupada por el bienestar de nuestro país, les recordamos la enorme responsabilidad que tienen en sus manos. Una mala decisión puede provocar un daño enorme a la sociedad costarricense, el ambiente y las futuras generaciones, el cual luego resultaría muy difícil de revertir. Les recordamos también el compromiso que ustedes han asumido como bloque democrático legislativo en defensa del Estado Social de Derecho, el cual se encuentra más amenazado que nunca. Esperamos que cumplan con su palabra y que no traicionen al pueblo de Costa Rica, que ya tiene suficientes problemas como para meterse en uno más. Estaremos vigilantes y, si fuera el caso, listos/as para convocar grandes movilizaciones.</w:t>
      </w:r>
    </w:p>
    <w:p w14:paraId="3A329B89" w14:textId="77777777" w:rsidR="00D96A2B" w:rsidRPr="0080021A" w:rsidRDefault="00000000">
      <w:pPr>
        <w:spacing w:after="160"/>
        <w:rPr>
          <w:rFonts w:ascii="Verdana" w:hAnsi="Verdana"/>
          <w:lang w:val="es-CR"/>
        </w:rPr>
      </w:pPr>
      <w:r w:rsidRPr="0080021A">
        <w:rPr>
          <w:rFonts w:ascii="Verdana" w:hAnsi="Verdana"/>
          <w:lang w:val="es-CR"/>
        </w:rPr>
        <w:t>Atentamente.</w:t>
      </w:r>
    </w:p>
    <w:p w14:paraId="4285AE83" w14:textId="77777777" w:rsidR="00D96A2B" w:rsidRPr="0080021A" w:rsidRDefault="00000000">
      <w:pPr>
        <w:rPr>
          <w:rFonts w:ascii="Verdana" w:hAnsi="Verdana"/>
          <w:lang w:val="es-CR"/>
        </w:rPr>
      </w:pPr>
      <w:r w:rsidRPr="0080021A">
        <w:rPr>
          <w:rFonts w:ascii="Verdana" w:hAnsi="Verdana"/>
          <w:lang w:val="es-CR"/>
        </w:rPr>
        <w:br w:type="page"/>
      </w:r>
    </w:p>
    <w:p w14:paraId="04DFCE6C" w14:textId="77777777" w:rsidR="00D96A2B" w:rsidRPr="0080021A" w:rsidRDefault="00000000">
      <w:pPr>
        <w:spacing w:after="40"/>
        <w:rPr>
          <w:rFonts w:ascii="Verdana" w:hAnsi="Verdana"/>
          <w:lang w:val="es-CR"/>
        </w:rPr>
      </w:pPr>
      <w:r w:rsidRPr="0080021A">
        <w:rPr>
          <w:rFonts w:ascii="Verdana" w:hAnsi="Verdana"/>
          <w:lang w:val="es-CR"/>
        </w:rPr>
        <w:lastRenderedPageBreak/>
        <w:t>Señora Diputada</w:t>
      </w:r>
    </w:p>
    <w:p w14:paraId="18FEC8F9" w14:textId="77777777" w:rsidR="00D96A2B" w:rsidRPr="0080021A" w:rsidRDefault="00000000">
      <w:pPr>
        <w:spacing w:after="40"/>
        <w:rPr>
          <w:rFonts w:ascii="Verdana" w:hAnsi="Verdana"/>
          <w:lang w:val="es-CR"/>
        </w:rPr>
      </w:pPr>
      <w:r w:rsidRPr="0080021A">
        <w:rPr>
          <w:rFonts w:ascii="Verdana" w:hAnsi="Verdana"/>
          <w:b/>
          <w:lang w:val="es-CR"/>
        </w:rPr>
        <w:t>Andrea Valverde - andrea.valverde@asamblea.go.cr</w:t>
      </w:r>
    </w:p>
    <w:p w14:paraId="0170B3BB" w14:textId="77777777" w:rsidR="00D96A2B" w:rsidRPr="0080021A" w:rsidRDefault="00000000">
      <w:pPr>
        <w:spacing w:after="240"/>
        <w:rPr>
          <w:rFonts w:ascii="Verdana" w:hAnsi="Verdana"/>
          <w:lang w:val="es-CR"/>
        </w:rPr>
      </w:pPr>
      <w:r w:rsidRPr="0080021A">
        <w:rPr>
          <w:rFonts w:ascii="Verdana" w:hAnsi="Verdana"/>
          <w:lang w:val="es-CR"/>
        </w:rPr>
        <w:t>Asamblea Legislativa de la República de Costa Rica</w:t>
      </w:r>
    </w:p>
    <w:p w14:paraId="5BABB40B" w14:textId="77777777" w:rsidR="00D96A2B" w:rsidRPr="0080021A" w:rsidRDefault="00000000">
      <w:pPr>
        <w:spacing w:after="240"/>
        <w:rPr>
          <w:rFonts w:ascii="Verdana" w:hAnsi="Verdana"/>
          <w:lang w:val="es-CR"/>
        </w:rPr>
      </w:pPr>
      <w:r w:rsidRPr="0080021A">
        <w:rPr>
          <w:rFonts w:ascii="Verdana" w:hAnsi="Verdana"/>
          <w:lang w:val="es-CR"/>
        </w:rPr>
        <w:t>Estimada señora diputada:</w:t>
      </w:r>
    </w:p>
    <w:p w14:paraId="65270328" w14:textId="77777777" w:rsidR="00D96A2B" w:rsidRPr="0080021A" w:rsidRDefault="00000000">
      <w:pPr>
        <w:spacing w:after="160"/>
        <w:rPr>
          <w:rFonts w:ascii="Verdana" w:hAnsi="Verdana"/>
          <w:lang w:val="es-CR"/>
        </w:rPr>
      </w:pPr>
      <w:r w:rsidRPr="0080021A">
        <w:rPr>
          <w:rFonts w:ascii="Verdana" w:hAnsi="Verdana"/>
          <w:lang w:val="es-CR"/>
        </w:rPr>
        <w:t>Reciba un cordial saludo.</w:t>
      </w:r>
    </w:p>
    <w:p w14:paraId="24B0EFD2" w14:textId="77777777" w:rsidR="00D96A2B" w:rsidRPr="0080021A" w:rsidRDefault="00000000">
      <w:pPr>
        <w:spacing w:after="160"/>
        <w:rPr>
          <w:rFonts w:ascii="Verdana" w:hAnsi="Verdana"/>
          <w:lang w:val="es-CR"/>
        </w:rPr>
      </w:pPr>
      <w:r w:rsidRPr="0080021A">
        <w:rPr>
          <w:rFonts w:ascii="Verdana" w:hAnsi="Verdana"/>
          <w:lang w:val="es-CR"/>
        </w:rPr>
        <w:t>Durante los últimos días ha circulado un rumor de que algunas personas diputadas del PLN habrían cambiado de posición y estarían votando a favor del mal llamado proyecto de Ley de Armonización Eléctrica en el segundo debate legislativo. Esta posibilidad ha encendido todas las alarmas en el movimiento social y en el pueblo de Costa Rica en general, pues, como ya se ha discutido ampliamente, este proyecto de ley es básicamente un nuevo intento de privatización y desmantelamiento del exitoso modelo eléctrico costarricense.</w:t>
      </w:r>
    </w:p>
    <w:p w14:paraId="32ED2069" w14:textId="77777777" w:rsidR="00D96A2B" w:rsidRPr="0080021A" w:rsidRDefault="00000000">
      <w:pPr>
        <w:spacing w:after="160"/>
        <w:rPr>
          <w:rFonts w:ascii="Verdana" w:hAnsi="Verdana"/>
          <w:lang w:val="es-CR"/>
        </w:rPr>
      </w:pPr>
      <w:r w:rsidRPr="0080021A">
        <w:rPr>
          <w:rFonts w:ascii="Verdana" w:hAnsi="Verdana"/>
          <w:lang w:val="es-CR"/>
        </w:rPr>
        <w:t>Este proyecto de ley no tiene nada de novedoso; representa un caso más de la vieja receta privatizadora de los años 1990, que alrededor del mundo ha tenido consecuencias nefastas sobre la gestión de los sistemas eléctricos. Amplia evidencia y datos dan cuenta de los resultados desastrosos de este tipo de políticas, por ejemplo, fuertes aumentos en tarifas eléctricas residenciales y de pequeños comercios, deterioro en la calidad de los sistemas eléctricos (que se expresa en apagones, fluctuaciones y mayor inestabilidad de la corriente) y una captura corporativa de los espacios de toma de decisión en el sector eléctrico, dominados por puertas giratorias y conflictos de intereses. En fin, se trata de un proyecto de ley intencionado para que grandes actores económicos se apropien de un patrimonio socialmente construido durante décadas y monten un millonario negocio privado, del cual el pueblo de Costa Rica no recibiría beneficio alguno.</w:t>
      </w:r>
    </w:p>
    <w:p w14:paraId="4E011CCF" w14:textId="77777777" w:rsidR="00D96A2B" w:rsidRPr="0080021A" w:rsidRDefault="00000000">
      <w:pPr>
        <w:spacing w:after="160"/>
        <w:rPr>
          <w:rFonts w:ascii="Verdana" w:hAnsi="Verdana"/>
          <w:lang w:val="es-CR"/>
        </w:rPr>
      </w:pPr>
      <w:r w:rsidRPr="0080021A">
        <w:rPr>
          <w:rFonts w:ascii="Verdana" w:hAnsi="Verdana"/>
          <w:lang w:val="es-CR"/>
        </w:rPr>
        <w:t>La posibilidad de que algunas personas diputadas del PLN apoyen este proyecto de ley también preocupa mucho por lo que esto significa en la actual coyuntura política nacional. Estamos atravesando uno de los momentos más críticos en la historia reciente del país, con un gobierno – y su respectiva fracción legislativa – que han dado claras señales de autoritarismo y total falta de respeto por los principios democráticos más básicos, como lo es la división de poderes. Ni hablar de las evidencias cada vez mayores que vinculan a este partido político con estructuras del crimen organizado y grandes esquemas de corrupción e impunidad. Apoyar el proyecto de ley de “armonización” eléctrica es apoyar un proyecto político de mayor alcance, el cual amenaza con destruir la democracia costarricense y los principios básicos de convivencia social.</w:t>
      </w:r>
    </w:p>
    <w:p w14:paraId="1BBB01AD" w14:textId="77777777" w:rsidR="00D96A2B" w:rsidRPr="0080021A" w:rsidRDefault="00000000">
      <w:pPr>
        <w:spacing w:after="160"/>
        <w:rPr>
          <w:rFonts w:ascii="Verdana" w:hAnsi="Verdana"/>
          <w:lang w:val="es-CR"/>
        </w:rPr>
      </w:pPr>
      <w:r w:rsidRPr="0080021A">
        <w:rPr>
          <w:rFonts w:ascii="Verdana" w:hAnsi="Verdana"/>
          <w:lang w:val="es-CR"/>
        </w:rPr>
        <w:t xml:space="preserve">Mientras en otros países del mundo se está discutiendo seriamente la necesidad de </w:t>
      </w:r>
      <w:proofErr w:type="spellStart"/>
      <w:r w:rsidRPr="0080021A">
        <w:rPr>
          <w:rFonts w:ascii="Verdana" w:hAnsi="Verdana"/>
          <w:lang w:val="es-CR"/>
        </w:rPr>
        <w:t>re-estatizar</w:t>
      </w:r>
      <w:proofErr w:type="spellEnd"/>
      <w:r w:rsidRPr="0080021A">
        <w:rPr>
          <w:rFonts w:ascii="Verdana" w:hAnsi="Verdana"/>
          <w:lang w:val="es-CR"/>
        </w:rPr>
        <w:t xml:space="preserve"> los sistemas eléctricos debido a los pésimos resultados de las privatizaciones, en Costa Rica se está impulsando el proyecto de ley de </w:t>
      </w:r>
      <w:r w:rsidRPr="0080021A">
        <w:rPr>
          <w:rFonts w:ascii="Verdana" w:hAnsi="Verdana"/>
          <w:lang w:val="es-CR"/>
        </w:rPr>
        <w:lastRenderedPageBreak/>
        <w:t>“armonización”, ignorando toda la evidencia disponible a partir de las experiencias internacionales. Inclusive, Costa Rica es reconocida a nivel mundial por poseer un modelo eléctrico altamente exitoso y ejemplar, con altos estándares de calidad, servicio al costo, acceso universal y soberanía energética. Desde luego que hay aspectos por mejorar, pero este proyecto de ley no atiende dichos aspectos sino que más bien vendría a destruir lo que sí funciona bien e imitar lo peor que se ha hecho en otros países.</w:t>
      </w:r>
    </w:p>
    <w:p w14:paraId="703C0078" w14:textId="77777777" w:rsidR="00D96A2B" w:rsidRPr="0080021A" w:rsidRDefault="00000000">
      <w:pPr>
        <w:spacing w:after="160"/>
        <w:rPr>
          <w:rFonts w:ascii="Verdana" w:hAnsi="Verdana"/>
          <w:lang w:val="es-CR"/>
        </w:rPr>
      </w:pPr>
      <w:r w:rsidRPr="0080021A">
        <w:rPr>
          <w:rFonts w:ascii="Verdana" w:hAnsi="Verdana"/>
          <w:lang w:val="es-CR"/>
        </w:rPr>
        <w:t>Como ciudadanía organizada, crítica y preocupada por el bienestar de nuestro país, les recordamos la enorme responsabilidad que tienen en sus manos. Una mala decisión puede provocar un daño enorme a la sociedad costarricense, el ambiente y las futuras generaciones, el cual luego resultaría muy difícil de revertir. Les recordamos también el compromiso que ustedes han asumido como bloque democrático legislativo en defensa del Estado Social de Derecho, el cual se encuentra más amenazado que nunca. Esperamos que cumplan con su palabra y que no traicionen al pueblo de Costa Rica, que ya tiene suficientes problemas como para meterse en uno más. Estaremos vigilantes y, si fuera el caso, listos/as para convocar grandes movilizaciones.</w:t>
      </w:r>
    </w:p>
    <w:p w14:paraId="48EAE564" w14:textId="77777777" w:rsidR="00D96A2B" w:rsidRPr="0080021A" w:rsidRDefault="00000000">
      <w:pPr>
        <w:spacing w:after="160"/>
        <w:rPr>
          <w:rFonts w:ascii="Verdana" w:hAnsi="Verdana"/>
          <w:lang w:val="es-CR"/>
        </w:rPr>
      </w:pPr>
      <w:r w:rsidRPr="0080021A">
        <w:rPr>
          <w:rFonts w:ascii="Verdana" w:hAnsi="Verdana"/>
          <w:lang w:val="es-CR"/>
        </w:rPr>
        <w:t>Atentamente.</w:t>
      </w:r>
    </w:p>
    <w:p w14:paraId="766F1972" w14:textId="77777777" w:rsidR="00D96A2B" w:rsidRPr="0080021A" w:rsidRDefault="00000000">
      <w:pPr>
        <w:rPr>
          <w:rFonts w:ascii="Verdana" w:hAnsi="Verdana"/>
          <w:lang w:val="es-CR"/>
        </w:rPr>
      </w:pPr>
      <w:r w:rsidRPr="0080021A">
        <w:rPr>
          <w:rFonts w:ascii="Verdana" w:hAnsi="Verdana"/>
          <w:lang w:val="es-CR"/>
        </w:rPr>
        <w:br w:type="page"/>
      </w:r>
    </w:p>
    <w:p w14:paraId="167DDA1C" w14:textId="77777777" w:rsidR="00D96A2B" w:rsidRPr="0080021A" w:rsidRDefault="00000000">
      <w:pPr>
        <w:spacing w:after="40"/>
        <w:rPr>
          <w:rFonts w:ascii="Verdana" w:hAnsi="Verdana"/>
          <w:lang w:val="es-CR"/>
        </w:rPr>
      </w:pPr>
      <w:r w:rsidRPr="0080021A">
        <w:rPr>
          <w:rFonts w:ascii="Verdana" w:hAnsi="Verdana"/>
          <w:lang w:val="es-CR"/>
        </w:rPr>
        <w:lastRenderedPageBreak/>
        <w:t>Señora Diputada</w:t>
      </w:r>
    </w:p>
    <w:p w14:paraId="752528A7" w14:textId="77777777" w:rsidR="00D96A2B" w:rsidRPr="0080021A" w:rsidRDefault="00000000">
      <w:pPr>
        <w:spacing w:after="40"/>
        <w:rPr>
          <w:rFonts w:ascii="Verdana" w:hAnsi="Verdana"/>
          <w:lang w:val="es-CR"/>
        </w:rPr>
      </w:pPr>
      <w:r w:rsidRPr="0080021A">
        <w:rPr>
          <w:rFonts w:ascii="Verdana" w:hAnsi="Verdana"/>
          <w:b/>
          <w:lang w:val="es-CR"/>
        </w:rPr>
        <w:t>Angela Aguilar - angela.aguilar@asamblea.go.cr</w:t>
      </w:r>
    </w:p>
    <w:p w14:paraId="2D958F9F" w14:textId="77777777" w:rsidR="00D96A2B" w:rsidRPr="0080021A" w:rsidRDefault="00000000">
      <w:pPr>
        <w:spacing w:after="240"/>
        <w:rPr>
          <w:rFonts w:ascii="Verdana" w:hAnsi="Verdana"/>
          <w:lang w:val="es-CR"/>
        </w:rPr>
      </w:pPr>
      <w:r w:rsidRPr="0080021A">
        <w:rPr>
          <w:rFonts w:ascii="Verdana" w:hAnsi="Verdana"/>
          <w:lang w:val="es-CR"/>
        </w:rPr>
        <w:t>Asamblea Legislativa de la República de Costa Rica</w:t>
      </w:r>
    </w:p>
    <w:p w14:paraId="5DB39177" w14:textId="77777777" w:rsidR="00D96A2B" w:rsidRPr="0080021A" w:rsidRDefault="00000000">
      <w:pPr>
        <w:spacing w:after="240"/>
        <w:rPr>
          <w:rFonts w:ascii="Verdana" w:hAnsi="Verdana"/>
          <w:lang w:val="es-CR"/>
        </w:rPr>
      </w:pPr>
      <w:r w:rsidRPr="0080021A">
        <w:rPr>
          <w:rFonts w:ascii="Verdana" w:hAnsi="Verdana"/>
          <w:lang w:val="es-CR"/>
        </w:rPr>
        <w:t>Estimada señora diputada:</w:t>
      </w:r>
    </w:p>
    <w:p w14:paraId="4CE05FBE" w14:textId="77777777" w:rsidR="00D96A2B" w:rsidRPr="0080021A" w:rsidRDefault="00000000">
      <w:pPr>
        <w:spacing w:after="160"/>
        <w:rPr>
          <w:rFonts w:ascii="Verdana" w:hAnsi="Verdana"/>
          <w:lang w:val="es-CR"/>
        </w:rPr>
      </w:pPr>
      <w:r w:rsidRPr="0080021A">
        <w:rPr>
          <w:rFonts w:ascii="Verdana" w:hAnsi="Verdana"/>
          <w:lang w:val="es-CR"/>
        </w:rPr>
        <w:t>Reciba un cordial saludo.</w:t>
      </w:r>
    </w:p>
    <w:p w14:paraId="56C5C9DF" w14:textId="77777777" w:rsidR="00D96A2B" w:rsidRPr="0080021A" w:rsidRDefault="00000000">
      <w:pPr>
        <w:spacing w:after="160"/>
        <w:rPr>
          <w:rFonts w:ascii="Verdana" w:hAnsi="Verdana"/>
          <w:lang w:val="es-CR"/>
        </w:rPr>
      </w:pPr>
      <w:r w:rsidRPr="0080021A">
        <w:rPr>
          <w:rFonts w:ascii="Verdana" w:hAnsi="Verdana"/>
          <w:lang w:val="es-CR"/>
        </w:rPr>
        <w:t>Durante los últimos días ha circulado un rumor de que algunas personas diputadas del PLN habrían cambiado de posición y estarían votando a favor del mal llamado proyecto de Ley de Armonización Eléctrica en el segundo debate legislativo. Esta posibilidad ha encendido todas las alarmas en el movimiento social y en el pueblo de Costa Rica en general, pues, como ya se ha discutido ampliamente, este proyecto de ley es básicamente un nuevo intento de privatización y desmantelamiento del exitoso modelo eléctrico costarricense.</w:t>
      </w:r>
    </w:p>
    <w:p w14:paraId="7CDE65A5" w14:textId="77777777" w:rsidR="00D96A2B" w:rsidRPr="0080021A" w:rsidRDefault="00000000">
      <w:pPr>
        <w:spacing w:after="160"/>
        <w:rPr>
          <w:rFonts w:ascii="Verdana" w:hAnsi="Verdana"/>
          <w:lang w:val="es-CR"/>
        </w:rPr>
      </w:pPr>
      <w:r w:rsidRPr="0080021A">
        <w:rPr>
          <w:rFonts w:ascii="Verdana" w:hAnsi="Verdana"/>
          <w:lang w:val="es-CR"/>
        </w:rPr>
        <w:t>Este proyecto de ley no tiene nada de novedoso; representa un caso más de la vieja receta privatizadora de los años 1990, que alrededor del mundo ha tenido consecuencias nefastas sobre la gestión de los sistemas eléctricos. Amplia evidencia y datos dan cuenta de los resultados desastrosos de este tipo de políticas, por ejemplo, fuertes aumentos en tarifas eléctricas residenciales y de pequeños comercios, deterioro en la calidad de los sistemas eléctricos (que se expresa en apagones, fluctuaciones y mayor inestabilidad de la corriente) y una captura corporativa de los espacios de toma de decisión en el sector eléctrico, dominados por puertas giratorias y conflictos de intereses. En fin, se trata de un proyecto de ley intencionado para que grandes actores económicos se apropien de un patrimonio socialmente construido durante décadas y monten un millonario negocio privado, del cual el pueblo de Costa Rica no recibiría beneficio alguno.</w:t>
      </w:r>
    </w:p>
    <w:p w14:paraId="7AEE71E2" w14:textId="77777777" w:rsidR="00D96A2B" w:rsidRPr="0080021A" w:rsidRDefault="00000000">
      <w:pPr>
        <w:spacing w:after="160"/>
        <w:rPr>
          <w:rFonts w:ascii="Verdana" w:hAnsi="Verdana"/>
          <w:lang w:val="es-CR"/>
        </w:rPr>
      </w:pPr>
      <w:r w:rsidRPr="0080021A">
        <w:rPr>
          <w:rFonts w:ascii="Verdana" w:hAnsi="Verdana"/>
          <w:lang w:val="es-CR"/>
        </w:rPr>
        <w:t>La posibilidad de que algunas personas diputadas del PLN apoyen este proyecto de ley también preocupa mucho por lo que esto significa en la actual coyuntura política nacional. Estamos atravesando uno de los momentos más críticos en la historia reciente del país, con un gobierno – y su respectiva fracción legislativa – que han dado claras señales de autoritarismo y total falta de respeto por los principios democráticos más básicos, como lo es la división de poderes. Ni hablar de las evidencias cada vez mayores que vinculan a este partido político con estructuras del crimen organizado y grandes esquemas de corrupción e impunidad. Apoyar el proyecto de ley de “armonización” eléctrica es apoyar un proyecto político de mayor alcance, el cual amenaza con destruir la democracia costarricense y los principios básicos de convivencia social.</w:t>
      </w:r>
    </w:p>
    <w:p w14:paraId="2893F08D" w14:textId="77777777" w:rsidR="00D96A2B" w:rsidRPr="0080021A" w:rsidRDefault="00000000">
      <w:pPr>
        <w:spacing w:after="160"/>
        <w:rPr>
          <w:rFonts w:ascii="Verdana" w:hAnsi="Verdana"/>
          <w:lang w:val="es-CR"/>
        </w:rPr>
      </w:pPr>
      <w:r w:rsidRPr="0080021A">
        <w:rPr>
          <w:rFonts w:ascii="Verdana" w:hAnsi="Verdana"/>
          <w:lang w:val="es-CR"/>
        </w:rPr>
        <w:t xml:space="preserve">Mientras en otros países del mundo se está discutiendo seriamente la necesidad de </w:t>
      </w:r>
      <w:proofErr w:type="spellStart"/>
      <w:r w:rsidRPr="0080021A">
        <w:rPr>
          <w:rFonts w:ascii="Verdana" w:hAnsi="Verdana"/>
          <w:lang w:val="es-CR"/>
        </w:rPr>
        <w:t>re-estatizar</w:t>
      </w:r>
      <w:proofErr w:type="spellEnd"/>
      <w:r w:rsidRPr="0080021A">
        <w:rPr>
          <w:rFonts w:ascii="Verdana" w:hAnsi="Verdana"/>
          <w:lang w:val="es-CR"/>
        </w:rPr>
        <w:t xml:space="preserve"> los sistemas eléctricos debido a los pésimos resultados de las privatizaciones, en Costa Rica se está impulsando el proyecto de ley de </w:t>
      </w:r>
      <w:r w:rsidRPr="0080021A">
        <w:rPr>
          <w:rFonts w:ascii="Verdana" w:hAnsi="Verdana"/>
          <w:lang w:val="es-CR"/>
        </w:rPr>
        <w:lastRenderedPageBreak/>
        <w:t>“armonización”, ignorando toda la evidencia disponible a partir de las experiencias internacionales. Inclusive, Costa Rica es reconocida a nivel mundial por poseer un modelo eléctrico altamente exitoso y ejemplar, con altos estándares de calidad, servicio al costo, acceso universal y soberanía energética. Desde luego que hay aspectos por mejorar, pero este proyecto de ley no atiende dichos aspectos sino que más bien vendría a destruir lo que sí funciona bien e imitar lo peor que se ha hecho en otros países.</w:t>
      </w:r>
    </w:p>
    <w:p w14:paraId="4E801808" w14:textId="77777777" w:rsidR="00D96A2B" w:rsidRPr="0080021A" w:rsidRDefault="00000000">
      <w:pPr>
        <w:spacing w:after="160"/>
        <w:rPr>
          <w:rFonts w:ascii="Verdana" w:hAnsi="Verdana"/>
          <w:lang w:val="es-CR"/>
        </w:rPr>
      </w:pPr>
      <w:r w:rsidRPr="0080021A">
        <w:rPr>
          <w:rFonts w:ascii="Verdana" w:hAnsi="Verdana"/>
          <w:lang w:val="es-CR"/>
        </w:rPr>
        <w:t>Como ciudadanía organizada, crítica y preocupada por el bienestar de nuestro país, les recordamos la enorme responsabilidad que tienen en sus manos. Una mala decisión puede provocar un daño enorme a la sociedad costarricense, el ambiente y las futuras generaciones, el cual luego resultaría muy difícil de revertir. Les recordamos también el compromiso que ustedes han asumido como bloque democrático legislativo en defensa del Estado Social de Derecho, el cual se encuentra más amenazado que nunca. Esperamos que cumplan con su palabra y que no traicionen al pueblo de Costa Rica, que ya tiene suficientes problemas como para meterse en uno más. Estaremos vigilantes y, si fuera el caso, listos/as para convocar grandes movilizaciones.</w:t>
      </w:r>
    </w:p>
    <w:p w14:paraId="2326B756" w14:textId="77777777" w:rsidR="00D96A2B" w:rsidRPr="0080021A" w:rsidRDefault="00000000">
      <w:pPr>
        <w:spacing w:after="160"/>
        <w:rPr>
          <w:rFonts w:ascii="Verdana" w:hAnsi="Verdana"/>
          <w:lang w:val="es-CR"/>
        </w:rPr>
      </w:pPr>
      <w:r w:rsidRPr="0080021A">
        <w:rPr>
          <w:rFonts w:ascii="Verdana" w:hAnsi="Verdana"/>
          <w:lang w:val="es-CR"/>
        </w:rPr>
        <w:t>Atentamente.</w:t>
      </w:r>
    </w:p>
    <w:p w14:paraId="1F541C36" w14:textId="77777777" w:rsidR="00D96A2B" w:rsidRPr="0080021A" w:rsidRDefault="00000000">
      <w:pPr>
        <w:rPr>
          <w:rFonts w:ascii="Verdana" w:hAnsi="Verdana"/>
          <w:lang w:val="es-CR"/>
        </w:rPr>
      </w:pPr>
      <w:r w:rsidRPr="0080021A">
        <w:rPr>
          <w:rFonts w:ascii="Verdana" w:hAnsi="Verdana"/>
          <w:lang w:val="es-CR"/>
        </w:rPr>
        <w:br w:type="page"/>
      </w:r>
    </w:p>
    <w:p w14:paraId="6FC692C9" w14:textId="77777777" w:rsidR="00D96A2B" w:rsidRPr="0080021A" w:rsidRDefault="00000000">
      <w:pPr>
        <w:spacing w:after="40"/>
        <w:rPr>
          <w:rFonts w:ascii="Verdana" w:hAnsi="Verdana"/>
          <w:lang w:val="es-CR"/>
        </w:rPr>
      </w:pPr>
      <w:r w:rsidRPr="0080021A">
        <w:rPr>
          <w:rFonts w:ascii="Verdana" w:hAnsi="Verdana"/>
          <w:lang w:val="es-CR"/>
        </w:rPr>
        <w:lastRenderedPageBreak/>
        <w:t>Señora Diputada</w:t>
      </w:r>
    </w:p>
    <w:p w14:paraId="2FFA2999" w14:textId="77777777" w:rsidR="00D96A2B" w:rsidRPr="0080021A" w:rsidRDefault="00000000">
      <w:pPr>
        <w:spacing w:after="40"/>
        <w:rPr>
          <w:rFonts w:ascii="Verdana" w:hAnsi="Verdana"/>
          <w:lang w:val="es-CR"/>
        </w:rPr>
      </w:pPr>
      <w:r w:rsidRPr="0080021A">
        <w:rPr>
          <w:rFonts w:ascii="Verdana" w:hAnsi="Verdana"/>
          <w:b/>
          <w:lang w:val="es-CR"/>
        </w:rPr>
        <w:t>Diana Murillo - diana.murillo@asamblea.go.cr</w:t>
      </w:r>
    </w:p>
    <w:p w14:paraId="2B1AA0BC" w14:textId="77777777" w:rsidR="00D96A2B" w:rsidRPr="0080021A" w:rsidRDefault="00000000">
      <w:pPr>
        <w:spacing w:after="240"/>
        <w:rPr>
          <w:rFonts w:ascii="Verdana" w:hAnsi="Verdana"/>
          <w:lang w:val="es-CR"/>
        </w:rPr>
      </w:pPr>
      <w:r w:rsidRPr="0080021A">
        <w:rPr>
          <w:rFonts w:ascii="Verdana" w:hAnsi="Verdana"/>
          <w:lang w:val="es-CR"/>
        </w:rPr>
        <w:t>Asamblea Legislativa de la República de Costa Rica</w:t>
      </w:r>
    </w:p>
    <w:p w14:paraId="37951115" w14:textId="77777777" w:rsidR="00D96A2B" w:rsidRPr="0080021A" w:rsidRDefault="00000000">
      <w:pPr>
        <w:spacing w:after="240"/>
        <w:rPr>
          <w:rFonts w:ascii="Verdana" w:hAnsi="Verdana"/>
          <w:lang w:val="es-CR"/>
        </w:rPr>
      </w:pPr>
      <w:r w:rsidRPr="0080021A">
        <w:rPr>
          <w:rFonts w:ascii="Verdana" w:hAnsi="Verdana"/>
          <w:lang w:val="es-CR"/>
        </w:rPr>
        <w:t>Estimada señora diputada:</w:t>
      </w:r>
    </w:p>
    <w:p w14:paraId="6CBD22BA" w14:textId="77777777" w:rsidR="00D96A2B" w:rsidRPr="0080021A" w:rsidRDefault="00000000">
      <w:pPr>
        <w:spacing w:after="160"/>
        <w:rPr>
          <w:rFonts w:ascii="Verdana" w:hAnsi="Verdana"/>
          <w:lang w:val="es-CR"/>
        </w:rPr>
      </w:pPr>
      <w:r w:rsidRPr="0080021A">
        <w:rPr>
          <w:rFonts w:ascii="Verdana" w:hAnsi="Verdana"/>
          <w:lang w:val="es-CR"/>
        </w:rPr>
        <w:t>Reciba un cordial saludo.</w:t>
      </w:r>
    </w:p>
    <w:p w14:paraId="2EEA1A14" w14:textId="77777777" w:rsidR="00D96A2B" w:rsidRPr="0080021A" w:rsidRDefault="00000000">
      <w:pPr>
        <w:spacing w:after="160"/>
        <w:rPr>
          <w:rFonts w:ascii="Verdana" w:hAnsi="Verdana"/>
          <w:lang w:val="es-CR"/>
        </w:rPr>
      </w:pPr>
      <w:r w:rsidRPr="0080021A">
        <w:rPr>
          <w:rFonts w:ascii="Verdana" w:hAnsi="Verdana"/>
          <w:lang w:val="es-CR"/>
        </w:rPr>
        <w:t>Durante los últimos días ha circulado un rumor de que algunas personas diputadas del PLN habrían cambiado de posición y estarían votando a favor del mal llamado proyecto de Ley de Armonización Eléctrica en el segundo debate legislativo. Esta posibilidad ha encendido todas las alarmas en el movimiento social y en el pueblo de Costa Rica en general, pues, como ya se ha discutido ampliamente, este proyecto de ley es básicamente un nuevo intento de privatización y desmantelamiento del exitoso modelo eléctrico costarricense.</w:t>
      </w:r>
    </w:p>
    <w:p w14:paraId="65F7494E" w14:textId="77777777" w:rsidR="00D96A2B" w:rsidRPr="0080021A" w:rsidRDefault="00000000">
      <w:pPr>
        <w:spacing w:after="160"/>
        <w:rPr>
          <w:rFonts w:ascii="Verdana" w:hAnsi="Verdana"/>
          <w:lang w:val="es-CR"/>
        </w:rPr>
      </w:pPr>
      <w:r w:rsidRPr="0080021A">
        <w:rPr>
          <w:rFonts w:ascii="Verdana" w:hAnsi="Verdana"/>
          <w:lang w:val="es-CR"/>
        </w:rPr>
        <w:t>Este proyecto de ley no tiene nada de novedoso; representa un caso más de la vieja receta privatizadora de los años 1990, que alrededor del mundo ha tenido consecuencias nefastas sobre la gestión de los sistemas eléctricos. Amplia evidencia y datos dan cuenta de los resultados desastrosos de este tipo de políticas, por ejemplo, fuertes aumentos en tarifas eléctricas residenciales y de pequeños comercios, deterioro en la calidad de los sistemas eléctricos (que se expresa en apagones, fluctuaciones y mayor inestabilidad de la corriente) y una captura corporativa de los espacios de toma de decisión en el sector eléctrico, dominados por puertas giratorias y conflictos de intereses. En fin, se trata de un proyecto de ley intencionado para que grandes actores económicos se apropien de un patrimonio socialmente construido durante décadas y monten un millonario negocio privado, del cual el pueblo de Costa Rica no recibiría beneficio alguno.</w:t>
      </w:r>
    </w:p>
    <w:p w14:paraId="5AC41F95" w14:textId="77777777" w:rsidR="00D96A2B" w:rsidRPr="0080021A" w:rsidRDefault="00000000">
      <w:pPr>
        <w:spacing w:after="160"/>
        <w:rPr>
          <w:rFonts w:ascii="Verdana" w:hAnsi="Verdana"/>
          <w:lang w:val="es-CR"/>
        </w:rPr>
      </w:pPr>
      <w:r w:rsidRPr="0080021A">
        <w:rPr>
          <w:rFonts w:ascii="Verdana" w:hAnsi="Verdana"/>
          <w:lang w:val="es-CR"/>
        </w:rPr>
        <w:t>La posibilidad de que algunas personas diputadas del PLN apoyen este proyecto de ley también preocupa mucho por lo que esto significa en la actual coyuntura política nacional. Estamos atravesando uno de los momentos más críticos en la historia reciente del país, con un gobierno – y su respectiva fracción legislativa – que han dado claras señales de autoritarismo y total falta de respeto por los principios democráticos más básicos, como lo es la división de poderes. Ni hablar de las evidencias cada vez mayores que vinculan a este partido político con estructuras del crimen organizado y grandes esquemas de corrupción e impunidad. Apoyar el proyecto de ley de “armonización” eléctrica es apoyar un proyecto político de mayor alcance, el cual amenaza con destruir la democracia costarricense y los principios básicos de convivencia social.</w:t>
      </w:r>
    </w:p>
    <w:p w14:paraId="30FC86B3" w14:textId="77777777" w:rsidR="00D96A2B" w:rsidRPr="0080021A" w:rsidRDefault="00000000">
      <w:pPr>
        <w:spacing w:after="160"/>
        <w:rPr>
          <w:rFonts w:ascii="Verdana" w:hAnsi="Verdana"/>
          <w:lang w:val="es-CR"/>
        </w:rPr>
      </w:pPr>
      <w:r w:rsidRPr="0080021A">
        <w:rPr>
          <w:rFonts w:ascii="Verdana" w:hAnsi="Verdana"/>
          <w:lang w:val="es-CR"/>
        </w:rPr>
        <w:t xml:space="preserve">Mientras en otros países del mundo se está discutiendo seriamente la necesidad de </w:t>
      </w:r>
      <w:proofErr w:type="spellStart"/>
      <w:r w:rsidRPr="0080021A">
        <w:rPr>
          <w:rFonts w:ascii="Verdana" w:hAnsi="Verdana"/>
          <w:lang w:val="es-CR"/>
        </w:rPr>
        <w:t>re-estatizar</w:t>
      </w:r>
      <w:proofErr w:type="spellEnd"/>
      <w:r w:rsidRPr="0080021A">
        <w:rPr>
          <w:rFonts w:ascii="Verdana" w:hAnsi="Verdana"/>
          <w:lang w:val="es-CR"/>
        </w:rPr>
        <w:t xml:space="preserve"> los sistemas eléctricos debido a los pésimos resultados de las privatizaciones, en Costa Rica se está impulsando el proyecto de ley de </w:t>
      </w:r>
      <w:r w:rsidRPr="0080021A">
        <w:rPr>
          <w:rFonts w:ascii="Verdana" w:hAnsi="Verdana"/>
          <w:lang w:val="es-CR"/>
        </w:rPr>
        <w:lastRenderedPageBreak/>
        <w:t>“armonización”, ignorando toda la evidencia disponible a partir de las experiencias internacionales. Inclusive, Costa Rica es reconocida a nivel mundial por poseer un modelo eléctrico altamente exitoso y ejemplar, con altos estándares de calidad, servicio al costo, acceso universal y soberanía energética. Desde luego que hay aspectos por mejorar, pero este proyecto de ley no atiende dichos aspectos sino que más bien vendría a destruir lo que sí funciona bien e imitar lo peor que se ha hecho en otros países.</w:t>
      </w:r>
    </w:p>
    <w:p w14:paraId="62C84642" w14:textId="77777777" w:rsidR="00D96A2B" w:rsidRPr="0080021A" w:rsidRDefault="00000000">
      <w:pPr>
        <w:spacing w:after="160"/>
        <w:rPr>
          <w:rFonts w:ascii="Verdana" w:hAnsi="Verdana"/>
          <w:lang w:val="es-CR"/>
        </w:rPr>
      </w:pPr>
      <w:r w:rsidRPr="0080021A">
        <w:rPr>
          <w:rFonts w:ascii="Verdana" w:hAnsi="Verdana"/>
          <w:lang w:val="es-CR"/>
        </w:rPr>
        <w:t>Como ciudadanía organizada, crítica y preocupada por el bienestar de nuestro país, les recordamos la enorme responsabilidad que tienen en sus manos. Una mala decisión puede provocar un daño enorme a la sociedad costarricense, el ambiente y las futuras generaciones, el cual luego resultaría muy difícil de revertir. Les recordamos también el compromiso que ustedes han asumido como bloque democrático legislativo en defensa del Estado Social de Derecho, el cual se encuentra más amenazado que nunca. Esperamos que cumplan con su palabra y que no traicionen al pueblo de Costa Rica, que ya tiene suficientes problemas como para meterse en uno más. Estaremos vigilantes y, si fuera el caso, listos/as para convocar grandes movilizaciones.</w:t>
      </w:r>
    </w:p>
    <w:p w14:paraId="383C4BE3" w14:textId="77777777" w:rsidR="00D96A2B" w:rsidRPr="0080021A" w:rsidRDefault="00000000">
      <w:pPr>
        <w:spacing w:after="160"/>
        <w:rPr>
          <w:rFonts w:ascii="Verdana" w:hAnsi="Verdana"/>
          <w:lang w:val="es-CR"/>
        </w:rPr>
      </w:pPr>
      <w:r w:rsidRPr="0080021A">
        <w:rPr>
          <w:rFonts w:ascii="Verdana" w:hAnsi="Verdana"/>
          <w:lang w:val="es-CR"/>
        </w:rPr>
        <w:t>Atentamente.</w:t>
      </w:r>
    </w:p>
    <w:p w14:paraId="7C380B3E" w14:textId="77777777" w:rsidR="00D96A2B" w:rsidRPr="0080021A" w:rsidRDefault="00000000">
      <w:pPr>
        <w:rPr>
          <w:rFonts w:ascii="Verdana" w:hAnsi="Verdana"/>
          <w:lang w:val="es-CR"/>
        </w:rPr>
      </w:pPr>
      <w:r w:rsidRPr="0080021A">
        <w:rPr>
          <w:rFonts w:ascii="Verdana" w:hAnsi="Verdana"/>
          <w:lang w:val="es-CR"/>
        </w:rPr>
        <w:br w:type="page"/>
      </w:r>
    </w:p>
    <w:p w14:paraId="5E6E758A" w14:textId="77777777" w:rsidR="00D96A2B" w:rsidRPr="0080021A" w:rsidRDefault="00000000">
      <w:pPr>
        <w:spacing w:after="40"/>
        <w:rPr>
          <w:rFonts w:ascii="Verdana" w:hAnsi="Verdana"/>
          <w:lang w:val="es-CR"/>
        </w:rPr>
      </w:pPr>
      <w:r w:rsidRPr="0080021A">
        <w:rPr>
          <w:rFonts w:ascii="Verdana" w:hAnsi="Verdana"/>
          <w:lang w:val="es-CR"/>
        </w:rPr>
        <w:lastRenderedPageBreak/>
        <w:t>Señor Diputado</w:t>
      </w:r>
    </w:p>
    <w:p w14:paraId="4EA01D21" w14:textId="77777777" w:rsidR="00D96A2B" w:rsidRPr="0080021A" w:rsidRDefault="00000000">
      <w:pPr>
        <w:spacing w:after="40"/>
        <w:rPr>
          <w:rFonts w:ascii="Verdana" w:hAnsi="Verdana"/>
          <w:lang w:val="es-CR"/>
        </w:rPr>
      </w:pPr>
      <w:r w:rsidRPr="0080021A">
        <w:rPr>
          <w:rFonts w:ascii="Verdana" w:hAnsi="Verdana"/>
          <w:b/>
          <w:lang w:val="es-CR"/>
        </w:rPr>
        <w:t>Eder Hernandez - eder.hernandez@asamblea.go.cr</w:t>
      </w:r>
    </w:p>
    <w:p w14:paraId="6F8A4756" w14:textId="77777777" w:rsidR="00D96A2B" w:rsidRPr="0080021A" w:rsidRDefault="00000000">
      <w:pPr>
        <w:spacing w:after="240"/>
        <w:rPr>
          <w:rFonts w:ascii="Verdana" w:hAnsi="Verdana"/>
          <w:lang w:val="es-CR"/>
        </w:rPr>
      </w:pPr>
      <w:r w:rsidRPr="0080021A">
        <w:rPr>
          <w:rFonts w:ascii="Verdana" w:hAnsi="Verdana"/>
          <w:lang w:val="es-CR"/>
        </w:rPr>
        <w:t>Asamblea Legislativa de la República de Costa Rica</w:t>
      </w:r>
    </w:p>
    <w:p w14:paraId="26DFB1F8" w14:textId="77777777" w:rsidR="00D96A2B" w:rsidRPr="0080021A" w:rsidRDefault="00000000">
      <w:pPr>
        <w:spacing w:after="240"/>
        <w:rPr>
          <w:rFonts w:ascii="Verdana" w:hAnsi="Verdana"/>
          <w:lang w:val="es-CR"/>
        </w:rPr>
      </w:pPr>
      <w:r w:rsidRPr="0080021A">
        <w:rPr>
          <w:rFonts w:ascii="Verdana" w:hAnsi="Verdana"/>
          <w:lang w:val="es-CR"/>
        </w:rPr>
        <w:t>Estimado señor diputado:</w:t>
      </w:r>
    </w:p>
    <w:p w14:paraId="6EBB3728" w14:textId="77777777" w:rsidR="00D96A2B" w:rsidRPr="0080021A" w:rsidRDefault="00000000">
      <w:pPr>
        <w:spacing w:after="160"/>
        <w:rPr>
          <w:rFonts w:ascii="Verdana" w:hAnsi="Verdana"/>
          <w:lang w:val="es-CR"/>
        </w:rPr>
      </w:pPr>
      <w:r w:rsidRPr="0080021A">
        <w:rPr>
          <w:rFonts w:ascii="Verdana" w:hAnsi="Verdana"/>
          <w:lang w:val="es-CR"/>
        </w:rPr>
        <w:t>Reciba un cordial saludo.</w:t>
      </w:r>
    </w:p>
    <w:p w14:paraId="1F3FDEFD" w14:textId="77777777" w:rsidR="00D96A2B" w:rsidRPr="0080021A" w:rsidRDefault="00000000">
      <w:pPr>
        <w:spacing w:after="160"/>
        <w:rPr>
          <w:rFonts w:ascii="Verdana" w:hAnsi="Verdana"/>
          <w:lang w:val="es-CR"/>
        </w:rPr>
      </w:pPr>
      <w:r w:rsidRPr="0080021A">
        <w:rPr>
          <w:rFonts w:ascii="Verdana" w:hAnsi="Verdana"/>
          <w:lang w:val="es-CR"/>
        </w:rPr>
        <w:t>Durante los últimos días ha circulado un rumor de que algunas personas diputadas del PLN habrían cambiado de posición y estarían votando a favor del mal llamado proyecto de Ley de Armonización Eléctrica en el segundo debate legislativo. Esta posibilidad ha encendido todas las alarmas en el movimiento social y en el pueblo de Costa Rica en general, pues, como ya se ha discutido ampliamente, este proyecto de ley es básicamente un nuevo intento de privatización y desmantelamiento del exitoso modelo eléctrico costarricense.</w:t>
      </w:r>
    </w:p>
    <w:p w14:paraId="705A4149" w14:textId="77777777" w:rsidR="00D96A2B" w:rsidRPr="0080021A" w:rsidRDefault="00000000">
      <w:pPr>
        <w:spacing w:after="160"/>
        <w:rPr>
          <w:rFonts w:ascii="Verdana" w:hAnsi="Verdana"/>
          <w:lang w:val="es-CR"/>
        </w:rPr>
      </w:pPr>
      <w:r w:rsidRPr="0080021A">
        <w:rPr>
          <w:rFonts w:ascii="Verdana" w:hAnsi="Verdana"/>
          <w:lang w:val="es-CR"/>
        </w:rPr>
        <w:t>Este proyecto de ley no tiene nada de novedoso; representa un caso más de la vieja receta privatizadora de los años 1990, que alrededor del mundo ha tenido consecuencias nefastas sobre la gestión de los sistemas eléctricos. Amplia evidencia y datos dan cuenta de los resultados desastrosos de este tipo de políticas, por ejemplo, fuertes aumentos en tarifas eléctricas residenciales y de pequeños comercios, deterioro en la calidad de los sistemas eléctricos (que se expresa en apagones, fluctuaciones y mayor inestabilidad de la corriente) y una captura corporativa de los espacios de toma de decisión en el sector eléctrico, dominados por puertas giratorias y conflictos de intereses. En fin, se trata de un proyecto de ley intencionado para que grandes actores económicos se apropien de un patrimonio socialmente construido durante décadas y monten un millonario negocio privado, del cual el pueblo de Costa Rica no recibiría beneficio alguno.</w:t>
      </w:r>
    </w:p>
    <w:p w14:paraId="51878242" w14:textId="77777777" w:rsidR="00D96A2B" w:rsidRPr="0080021A" w:rsidRDefault="00000000">
      <w:pPr>
        <w:spacing w:after="160"/>
        <w:rPr>
          <w:rFonts w:ascii="Verdana" w:hAnsi="Verdana"/>
          <w:lang w:val="es-CR"/>
        </w:rPr>
      </w:pPr>
      <w:r w:rsidRPr="0080021A">
        <w:rPr>
          <w:rFonts w:ascii="Verdana" w:hAnsi="Verdana"/>
          <w:lang w:val="es-CR"/>
        </w:rPr>
        <w:t>La posibilidad de que algunas personas diputadas del PLN apoyen este proyecto de ley también preocupa mucho por lo que esto significa en la actual coyuntura política nacional. Estamos atravesando uno de los momentos más críticos en la historia reciente del país, con un gobierno – y su respectiva fracción legislativa – que han dado claras señales de autoritarismo y total falta de respeto por los principios democráticos más básicos, como lo es la división de poderes. Ni hablar de las evidencias cada vez mayores que vinculan a este partido político con estructuras del crimen organizado y grandes esquemas de corrupción e impunidad. Apoyar el proyecto de ley de “armonización” eléctrica es apoyar un proyecto político de mayor alcance, el cual amenaza con destruir la democracia costarricense y los principios básicos de convivencia social.</w:t>
      </w:r>
    </w:p>
    <w:p w14:paraId="569CF7D1" w14:textId="77777777" w:rsidR="00D96A2B" w:rsidRPr="0080021A" w:rsidRDefault="00000000">
      <w:pPr>
        <w:spacing w:after="160"/>
        <w:rPr>
          <w:rFonts w:ascii="Verdana" w:hAnsi="Verdana"/>
          <w:lang w:val="es-CR"/>
        </w:rPr>
      </w:pPr>
      <w:r w:rsidRPr="0080021A">
        <w:rPr>
          <w:rFonts w:ascii="Verdana" w:hAnsi="Verdana"/>
          <w:lang w:val="es-CR"/>
        </w:rPr>
        <w:t xml:space="preserve">Mientras en otros países del mundo se está discutiendo seriamente la necesidad de </w:t>
      </w:r>
      <w:proofErr w:type="spellStart"/>
      <w:r w:rsidRPr="0080021A">
        <w:rPr>
          <w:rFonts w:ascii="Verdana" w:hAnsi="Verdana"/>
          <w:lang w:val="es-CR"/>
        </w:rPr>
        <w:t>re-estatizar</w:t>
      </w:r>
      <w:proofErr w:type="spellEnd"/>
      <w:r w:rsidRPr="0080021A">
        <w:rPr>
          <w:rFonts w:ascii="Verdana" w:hAnsi="Verdana"/>
          <w:lang w:val="es-CR"/>
        </w:rPr>
        <w:t xml:space="preserve"> los sistemas eléctricos debido a los pésimos resultados de las privatizaciones, en Costa Rica se está impulsando el proyecto de ley de </w:t>
      </w:r>
      <w:r w:rsidRPr="0080021A">
        <w:rPr>
          <w:rFonts w:ascii="Verdana" w:hAnsi="Verdana"/>
          <w:lang w:val="es-CR"/>
        </w:rPr>
        <w:lastRenderedPageBreak/>
        <w:t>“armonización”, ignorando toda la evidencia disponible a partir de las experiencias internacionales. Inclusive, Costa Rica es reconocida a nivel mundial por poseer un modelo eléctrico altamente exitoso y ejemplar, con altos estándares de calidad, servicio al costo, acceso universal y soberanía energética. Desde luego que hay aspectos por mejorar, pero este proyecto de ley no atiende dichos aspectos sino que más bien vendría a destruir lo que sí funciona bien e imitar lo peor que se ha hecho en otros países.</w:t>
      </w:r>
    </w:p>
    <w:p w14:paraId="5EDBDE99" w14:textId="77777777" w:rsidR="00D96A2B" w:rsidRPr="0080021A" w:rsidRDefault="00000000">
      <w:pPr>
        <w:spacing w:after="160"/>
        <w:rPr>
          <w:rFonts w:ascii="Verdana" w:hAnsi="Verdana"/>
          <w:lang w:val="es-CR"/>
        </w:rPr>
      </w:pPr>
      <w:r w:rsidRPr="0080021A">
        <w:rPr>
          <w:rFonts w:ascii="Verdana" w:hAnsi="Verdana"/>
          <w:lang w:val="es-CR"/>
        </w:rPr>
        <w:t>Como ciudadanía organizada, crítica y preocupada por el bienestar de nuestro país, les recordamos la enorme responsabilidad que tienen en sus manos. Una mala decisión puede provocar un daño enorme a la sociedad costarricense, el ambiente y las futuras generaciones, el cual luego resultaría muy difícil de revertir. Les recordamos también el compromiso que ustedes han asumido como bloque democrático legislativo en defensa del Estado Social de Derecho, el cual se encuentra más amenazado que nunca. Esperamos que cumplan con su palabra y que no traicionen al pueblo de Costa Rica, que ya tiene suficientes problemas como para meterse en uno más. Estaremos vigilantes y, si fuera el caso, listos/as para convocar grandes movilizaciones.</w:t>
      </w:r>
    </w:p>
    <w:p w14:paraId="33F76CF9" w14:textId="77777777" w:rsidR="00D96A2B" w:rsidRPr="0080021A" w:rsidRDefault="00000000">
      <w:pPr>
        <w:spacing w:after="160"/>
        <w:rPr>
          <w:rFonts w:ascii="Verdana" w:hAnsi="Verdana"/>
          <w:lang w:val="es-CR"/>
        </w:rPr>
      </w:pPr>
      <w:r w:rsidRPr="0080021A">
        <w:rPr>
          <w:rFonts w:ascii="Verdana" w:hAnsi="Verdana"/>
          <w:lang w:val="es-CR"/>
        </w:rPr>
        <w:t>Atentamente.</w:t>
      </w:r>
    </w:p>
    <w:p w14:paraId="361C5AAF" w14:textId="77777777" w:rsidR="00D96A2B" w:rsidRPr="0080021A" w:rsidRDefault="00000000">
      <w:pPr>
        <w:rPr>
          <w:rFonts w:ascii="Verdana" w:hAnsi="Verdana"/>
          <w:lang w:val="es-CR"/>
        </w:rPr>
      </w:pPr>
      <w:r w:rsidRPr="0080021A">
        <w:rPr>
          <w:rFonts w:ascii="Verdana" w:hAnsi="Verdana"/>
          <w:lang w:val="es-CR"/>
        </w:rPr>
        <w:br w:type="page"/>
      </w:r>
    </w:p>
    <w:p w14:paraId="5BCD1412" w14:textId="77777777" w:rsidR="00D96A2B" w:rsidRPr="0080021A" w:rsidRDefault="00000000">
      <w:pPr>
        <w:spacing w:after="40"/>
        <w:rPr>
          <w:rFonts w:ascii="Verdana" w:hAnsi="Verdana"/>
          <w:lang w:val="es-CR"/>
        </w:rPr>
      </w:pPr>
      <w:r w:rsidRPr="0080021A">
        <w:rPr>
          <w:rFonts w:ascii="Verdana" w:hAnsi="Verdana"/>
          <w:lang w:val="es-CR"/>
        </w:rPr>
        <w:lastRenderedPageBreak/>
        <w:t>Señora Diputada</w:t>
      </w:r>
    </w:p>
    <w:p w14:paraId="6587EE59" w14:textId="77777777" w:rsidR="00D96A2B" w:rsidRPr="0080021A" w:rsidRDefault="00000000">
      <w:pPr>
        <w:spacing w:after="40"/>
        <w:rPr>
          <w:rFonts w:ascii="Verdana" w:hAnsi="Verdana"/>
          <w:lang w:val="es-CR"/>
        </w:rPr>
      </w:pPr>
      <w:proofErr w:type="spellStart"/>
      <w:r w:rsidRPr="0080021A">
        <w:rPr>
          <w:rFonts w:ascii="Verdana" w:hAnsi="Verdana"/>
          <w:b/>
          <w:lang w:val="es-CR"/>
        </w:rPr>
        <w:t>Iztarú</w:t>
      </w:r>
      <w:proofErr w:type="spellEnd"/>
      <w:r w:rsidRPr="0080021A">
        <w:rPr>
          <w:rFonts w:ascii="Verdana" w:hAnsi="Verdana"/>
          <w:b/>
          <w:lang w:val="es-CR"/>
        </w:rPr>
        <w:t xml:space="preserve"> Alfaro - iztaru.alfaro@asamblea.go.cr</w:t>
      </w:r>
    </w:p>
    <w:p w14:paraId="2ACFB72E" w14:textId="77777777" w:rsidR="00D96A2B" w:rsidRPr="0080021A" w:rsidRDefault="00000000">
      <w:pPr>
        <w:spacing w:after="240"/>
        <w:rPr>
          <w:rFonts w:ascii="Verdana" w:hAnsi="Verdana"/>
          <w:lang w:val="es-CR"/>
        </w:rPr>
      </w:pPr>
      <w:r w:rsidRPr="0080021A">
        <w:rPr>
          <w:rFonts w:ascii="Verdana" w:hAnsi="Verdana"/>
          <w:lang w:val="es-CR"/>
        </w:rPr>
        <w:t>Asamblea Legislativa de la República de Costa Rica</w:t>
      </w:r>
    </w:p>
    <w:p w14:paraId="7DB33A4C" w14:textId="77777777" w:rsidR="00D96A2B" w:rsidRPr="0080021A" w:rsidRDefault="00000000">
      <w:pPr>
        <w:spacing w:after="240"/>
        <w:rPr>
          <w:rFonts w:ascii="Verdana" w:hAnsi="Verdana"/>
          <w:lang w:val="es-CR"/>
        </w:rPr>
      </w:pPr>
      <w:r w:rsidRPr="0080021A">
        <w:rPr>
          <w:rFonts w:ascii="Verdana" w:hAnsi="Verdana"/>
          <w:lang w:val="es-CR"/>
        </w:rPr>
        <w:t>Estimada señora diputada:</w:t>
      </w:r>
    </w:p>
    <w:p w14:paraId="5FD0669A" w14:textId="77777777" w:rsidR="00D96A2B" w:rsidRPr="0080021A" w:rsidRDefault="00000000">
      <w:pPr>
        <w:spacing w:after="160"/>
        <w:rPr>
          <w:rFonts w:ascii="Verdana" w:hAnsi="Verdana"/>
          <w:lang w:val="es-CR"/>
        </w:rPr>
      </w:pPr>
      <w:r w:rsidRPr="0080021A">
        <w:rPr>
          <w:rFonts w:ascii="Verdana" w:hAnsi="Verdana"/>
          <w:lang w:val="es-CR"/>
        </w:rPr>
        <w:t>Reciba un cordial saludo.</w:t>
      </w:r>
    </w:p>
    <w:p w14:paraId="58FCF87C" w14:textId="77777777" w:rsidR="00D96A2B" w:rsidRPr="0080021A" w:rsidRDefault="00000000">
      <w:pPr>
        <w:spacing w:after="160"/>
        <w:rPr>
          <w:rFonts w:ascii="Verdana" w:hAnsi="Verdana"/>
          <w:lang w:val="es-CR"/>
        </w:rPr>
      </w:pPr>
      <w:r w:rsidRPr="0080021A">
        <w:rPr>
          <w:rFonts w:ascii="Verdana" w:hAnsi="Verdana"/>
          <w:lang w:val="es-CR"/>
        </w:rPr>
        <w:t>Durante los últimos días ha circulado un rumor de que algunas personas diputadas del PLN habrían cambiado de posición y estarían votando a favor del mal llamado proyecto de Ley de Armonización Eléctrica en el segundo debate legislativo. Esta posibilidad ha encendido todas las alarmas en el movimiento social y en el pueblo de Costa Rica en general, pues, como ya se ha discutido ampliamente, este proyecto de ley es básicamente un nuevo intento de privatización y desmantelamiento del exitoso modelo eléctrico costarricense.</w:t>
      </w:r>
    </w:p>
    <w:p w14:paraId="7BD5A561" w14:textId="77777777" w:rsidR="00D96A2B" w:rsidRPr="0080021A" w:rsidRDefault="00000000">
      <w:pPr>
        <w:spacing w:after="160"/>
        <w:rPr>
          <w:rFonts w:ascii="Verdana" w:hAnsi="Verdana"/>
          <w:lang w:val="es-CR"/>
        </w:rPr>
      </w:pPr>
      <w:r w:rsidRPr="0080021A">
        <w:rPr>
          <w:rFonts w:ascii="Verdana" w:hAnsi="Verdana"/>
          <w:lang w:val="es-CR"/>
        </w:rPr>
        <w:t>Este proyecto de ley no tiene nada de novedoso; representa un caso más de la vieja receta privatizadora de los años 1990, que alrededor del mundo ha tenido consecuencias nefastas sobre la gestión de los sistemas eléctricos. Amplia evidencia y datos dan cuenta de los resultados desastrosos de este tipo de políticas, por ejemplo, fuertes aumentos en tarifas eléctricas residenciales y de pequeños comercios, deterioro en la calidad de los sistemas eléctricos (que se expresa en apagones, fluctuaciones y mayor inestabilidad de la corriente) y una captura corporativa de los espacios de toma de decisión en el sector eléctrico, dominados por puertas giratorias y conflictos de intereses. En fin, se trata de un proyecto de ley intencionado para que grandes actores económicos se apropien de un patrimonio socialmente construido durante décadas y monten un millonario negocio privado, del cual el pueblo de Costa Rica no recibiría beneficio alguno.</w:t>
      </w:r>
    </w:p>
    <w:p w14:paraId="4E366F80" w14:textId="77777777" w:rsidR="00D96A2B" w:rsidRPr="0080021A" w:rsidRDefault="00000000">
      <w:pPr>
        <w:spacing w:after="160"/>
        <w:rPr>
          <w:rFonts w:ascii="Verdana" w:hAnsi="Verdana"/>
          <w:lang w:val="es-CR"/>
        </w:rPr>
      </w:pPr>
      <w:r w:rsidRPr="0080021A">
        <w:rPr>
          <w:rFonts w:ascii="Verdana" w:hAnsi="Verdana"/>
          <w:lang w:val="es-CR"/>
        </w:rPr>
        <w:t>La posibilidad de que algunas personas diputadas del PLN apoyen este proyecto de ley también preocupa mucho por lo que esto significa en la actual coyuntura política nacional. Estamos atravesando uno de los momentos más críticos en la historia reciente del país, con un gobierno – y su respectiva fracción legislativa – que han dado claras señales de autoritarismo y total falta de respeto por los principios democráticos más básicos, como lo es la división de poderes. Ni hablar de las evidencias cada vez mayores que vinculan a este partido político con estructuras del crimen organizado y grandes esquemas de corrupción e impunidad. Apoyar el proyecto de ley de “armonización” eléctrica es apoyar un proyecto político de mayor alcance, el cual amenaza con destruir la democracia costarricense y los principios básicos de convivencia social.</w:t>
      </w:r>
    </w:p>
    <w:p w14:paraId="196065AF" w14:textId="77777777" w:rsidR="00D96A2B" w:rsidRPr="0080021A" w:rsidRDefault="00000000">
      <w:pPr>
        <w:spacing w:after="160"/>
        <w:rPr>
          <w:rFonts w:ascii="Verdana" w:hAnsi="Verdana"/>
          <w:lang w:val="es-CR"/>
        </w:rPr>
      </w:pPr>
      <w:r w:rsidRPr="0080021A">
        <w:rPr>
          <w:rFonts w:ascii="Verdana" w:hAnsi="Verdana"/>
          <w:lang w:val="es-CR"/>
        </w:rPr>
        <w:t xml:space="preserve">Mientras en otros países del mundo se está discutiendo seriamente la necesidad de </w:t>
      </w:r>
      <w:proofErr w:type="spellStart"/>
      <w:r w:rsidRPr="0080021A">
        <w:rPr>
          <w:rFonts w:ascii="Verdana" w:hAnsi="Verdana"/>
          <w:lang w:val="es-CR"/>
        </w:rPr>
        <w:t>re-estatizar</w:t>
      </w:r>
      <w:proofErr w:type="spellEnd"/>
      <w:r w:rsidRPr="0080021A">
        <w:rPr>
          <w:rFonts w:ascii="Verdana" w:hAnsi="Verdana"/>
          <w:lang w:val="es-CR"/>
        </w:rPr>
        <w:t xml:space="preserve"> los sistemas eléctricos debido a los pésimos resultados de las privatizaciones, en Costa Rica se está impulsando el proyecto de ley de </w:t>
      </w:r>
      <w:r w:rsidRPr="0080021A">
        <w:rPr>
          <w:rFonts w:ascii="Verdana" w:hAnsi="Verdana"/>
          <w:lang w:val="es-CR"/>
        </w:rPr>
        <w:lastRenderedPageBreak/>
        <w:t>“armonización”, ignorando toda la evidencia disponible a partir de las experiencias internacionales. Inclusive, Costa Rica es reconocida a nivel mundial por poseer un modelo eléctrico altamente exitoso y ejemplar, con altos estándares de calidad, servicio al costo, acceso universal y soberanía energética. Desde luego que hay aspectos por mejorar, pero este proyecto de ley no atiende dichos aspectos sino que más bien vendría a destruir lo que sí funciona bien e imitar lo peor que se ha hecho en otros países.</w:t>
      </w:r>
    </w:p>
    <w:p w14:paraId="2229986F" w14:textId="77777777" w:rsidR="00D96A2B" w:rsidRPr="0080021A" w:rsidRDefault="00000000">
      <w:pPr>
        <w:spacing w:after="160"/>
        <w:rPr>
          <w:rFonts w:ascii="Verdana" w:hAnsi="Verdana"/>
          <w:lang w:val="es-CR"/>
        </w:rPr>
      </w:pPr>
      <w:r w:rsidRPr="0080021A">
        <w:rPr>
          <w:rFonts w:ascii="Verdana" w:hAnsi="Verdana"/>
          <w:lang w:val="es-CR"/>
        </w:rPr>
        <w:t>Como ciudadanía organizada, crítica y preocupada por el bienestar de nuestro país, les recordamos la enorme responsabilidad que tienen en sus manos. Una mala decisión puede provocar un daño enorme a la sociedad costarricense, el ambiente y las futuras generaciones, el cual luego resultaría muy difícil de revertir. Les recordamos también el compromiso que ustedes han asumido como bloque democrático legislativo en defensa del Estado Social de Derecho, el cual se encuentra más amenazado que nunca. Esperamos que cumplan con su palabra y que no traicionen al pueblo de Costa Rica, que ya tiene suficientes problemas como para meterse en uno más. Estaremos vigilantes y, si fuera el caso, listos/as para convocar grandes movilizaciones.</w:t>
      </w:r>
    </w:p>
    <w:p w14:paraId="30C99418" w14:textId="77777777" w:rsidR="00D96A2B" w:rsidRPr="0080021A" w:rsidRDefault="00000000">
      <w:pPr>
        <w:spacing w:after="160"/>
        <w:rPr>
          <w:rFonts w:ascii="Verdana" w:hAnsi="Verdana"/>
          <w:lang w:val="es-CR"/>
        </w:rPr>
      </w:pPr>
      <w:r w:rsidRPr="0080021A">
        <w:rPr>
          <w:rFonts w:ascii="Verdana" w:hAnsi="Verdana"/>
          <w:lang w:val="es-CR"/>
        </w:rPr>
        <w:t>Atentamente.</w:t>
      </w:r>
    </w:p>
    <w:p w14:paraId="40433848" w14:textId="77777777" w:rsidR="00D96A2B" w:rsidRPr="0080021A" w:rsidRDefault="00000000">
      <w:pPr>
        <w:rPr>
          <w:rFonts w:ascii="Verdana" w:hAnsi="Verdana"/>
          <w:lang w:val="es-CR"/>
        </w:rPr>
      </w:pPr>
      <w:r w:rsidRPr="0080021A">
        <w:rPr>
          <w:rFonts w:ascii="Verdana" w:hAnsi="Verdana"/>
          <w:lang w:val="es-CR"/>
        </w:rPr>
        <w:br w:type="page"/>
      </w:r>
    </w:p>
    <w:p w14:paraId="51E679A3" w14:textId="77777777" w:rsidR="00D96A2B" w:rsidRPr="0080021A" w:rsidRDefault="00000000">
      <w:pPr>
        <w:spacing w:after="40"/>
        <w:rPr>
          <w:rFonts w:ascii="Verdana" w:hAnsi="Verdana"/>
          <w:lang w:val="es-CR"/>
        </w:rPr>
      </w:pPr>
      <w:r w:rsidRPr="0080021A">
        <w:rPr>
          <w:rFonts w:ascii="Verdana" w:hAnsi="Verdana"/>
          <w:lang w:val="es-CR"/>
        </w:rPr>
        <w:lastRenderedPageBreak/>
        <w:t>Señora Diputada</w:t>
      </w:r>
    </w:p>
    <w:p w14:paraId="11D5390F" w14:textId="77777777" w:rsidR="00D96A2B" w:rsidRPr="0080021A" w:rsidRDefault="00000000">
      <w:pPr>
        <w:spacing w:after="40"/>
        <w:rPr>
          <w:rFonts w:ascii="Verdana" w:hAnsi="Verdana"/>
        </w:rPr>
      </w:pPr>
      <w:r w:rsidRPr="0080021A">
        <w:rPr>
          <w:rFonts w:ascii="Verdana" w:hAnsi="Verdana"/>
          <w:b/>
        </w:rPr>
        <w:t>Janice Sandi - janice.sandi@asamblea.go.cr</w:t>
      </w:r>
    </w:p>
    <w:p w14:paraId="3BFABBEE" w14:textId="77777777" w:rsidR="00D96A2B" w:rsidRPr="0080021A" w:rsidRDefault="00000000">
      <w:pPr>
        <w:spacing w:after="240"/>
        <w:rPr>
          <w:rFonts w:ascii="Verdana" w:hAnsi="Verdana"/>
          <w:lang w:val="es-CR"/>
        </w:rPr>
      </w:pPr>
      <w:r w:rsidRPr="0080021A">
        <w:rPr>
          <w:rFonts w:ascii="Verdana" w:hAnsi="Verdana"/>
          <w:lang w:val="es-CR"/>
        </w:rPr>
        <w:t>Asamblea Legislativa de la República de Costa Rica</w:t>
      </w:r>
    </w:p>
    <w:p w14:paraId="1D087E3E" w14:textId="77777777" w:rsidR="00D96A2B" w:rsidRPr="0080021A" w:rsidRDefault="00000000">
      <w:pPr>
        <w:spacing w:after="240"/>
        <w:rPr>
          <w:rFonts w:ascii="Verdana" w:hAnsi="Verdana"/>
          <w:lang w:val="es-CR"/>
        </w:rPr>
      </w:pPr>
      <w:r w:rsidRPr="0080021A">
        <w:rPr>
          <w:rFonts w:ascii="Verdana" w:hAnsi="Verdana"/>
          <w:lang w:val="es-CR"/>
        </w:rPr>
        <w:t>Estimada señora diputada:</w:t>
      </w:r>
    </w:p>
    <w:p w14:paraId="69DFCFC3" w14:textId="77777777" w:rsidR="00D96A2B" w:rsidRPr="0080021A" w:rsidRDefault="00000000">
      <w:pPr>
        <w:spacing w:after="160"/>
        <w:rPr>
          <w:rFonts w:ascii="Verdana" w:hAnsi="Verdana"/>
          <w:lang w:val="es-CR"/>
        </w:rPr>
      </w:pPr>
      <w:r w:rsidRPr="0080021A">
        <w:rPr>
          <w:rFonts w:ascii="Verdana" w:hAnsi="Verdana"/>
          <w:lang w:val="es-CR"/>
        </w:rPr>
        <w:t>Reciba un cordial saludo.</w:t>
      </w:r>
    </w:p>
    <w:p w14:paraId="4A32515E" w14:textId="77777777" w:rsidR="00D96A2B" w:rsidRPr="0080021A" w:rsidRDefault="00000000">
      <w:pPr>
        <w:spacing w:after="160"/>
        <w:rPr>
          <w:rFonts w:ascii="Verdana" w:hAnsi="Verdana"/>
          <w:lang w:val="es-CR"/>
        </w:rPr>
      </w:pPr>
      <w:r w:rsidRPr="0080021A">
        <w:rPr>
          <w:rFonts w:ascii="Verdana" w:hAnsi="Verdana"/>
          <w:lang w:val="es-CR"/>
        </w:rPr>
        <w:t>Durante los últimos días ha circulado un rumor de que algunas personas diputadas del PLN habrían cambiado de posición y estarían votando a favor del mal llamado proyecto de Ley de Armonización Eléctrica en el segundo debate legislativo. Esta posibilidad ha encendido todas las alarmas en el movimiento social y en el pueblo de Costa Rica en general, pues, como ya se ha discutido ampliamente, este proyecto de ley es básicamente un nuevo intento de privatización y desmantelamiento del exitoso modelo eléctrico costarricense.</w:t>
      </w:r>
    </w:p>
    <w:p w14:paraId="076861B6" w14:textId="77777777" w:rsidR="00D96A2B" w:rsidRPr="0080021A" w:rsidRDefault="00000000">
      <w:pPr>
        <w:spacing w:after="160"/>
        <w:rPr>
          <w:rFonts w:ascii="Verdana" w:hAnsi="Verdana"/>
          <w:lang w:val="es-CR"/>
        </w:rPr>
      </w:pPr>
      <w:r w:rsidRPr="0080021A">
        <w:rPr>
          <w:rFonts w:ascii="Verdana" w:hAnsi="Verdana"/>
          <w:lang w:val="es-CR"/>
        </w:rPr>
        <w:t>Este proyecto de ley no tiene nada de novedoso; representa un caso más de la vieja receta privatizadora de los años 1990, que alrededor del mundo ha tenido consecuencias nefastas sobre la gestión de los sistemas eléctricos. Amplia evidencia y datos dan cuenta de los resultados desastrosos de este tipo de políticas, por ejemplo, fuertes aumentos en tarifas eléctricas residenciales y de pequeños comercios, deterioro en la calidad de los sistemas eléctricos (que se expresa en apagones, fluctuaciones y mayor inestabilidad de la corriente) y una captura corporativa de los espacios de toma de decisión en el sector eléctrico, dominados por puertas giratorias y conflictos de intereses. En fin, se trata de un proyecto de ley intencionado para que grandes actores económicos se apropien de un patrimonio socialmente construido durante décadas y monten un millonario negocio privado, del cual el pueblo de Costa Rica no recibiría beneficio alguno.</w:t>
      </w:r>
    </w:p>
    <w:p w14:paraId="4A793F6F" w14:textId="77777777" w:rsidR="00D96A2B" w:rsidRPr="0080021A" w:rsidRDefault="00000000">
      <w:pPr>
        <w:spacing w:after="160"/>
        <w:rPr>
          <w:rFonts w:ascii="Verdana" w:hAnsi="Verdana"/>
          <w:lang w:val="es-CR"/>
        </w:rPr>
      </w:pPr>
      <w:r w:rsidRPr="0080021A">
        <w:rPr>
          <w:rFonts w:ascii="Verdana" w:hAnsi="Verdana"/>
          <w:lang w:val="es-CR"/>
        </w:rPr>
        <w:t>La posibilidad de que algunas personas diputadas del PLN apoyen este proyecto de ley también preocupa mucho por lo que esto significa en la actual coyuntura política nacional. Estamos atravesando uno de los momentos más críticos en la historia reciente del país, con un gobierno – y su respectiva fracción legislativa – que han dado claras señales de autoritarismo y total falta de respeto por los principios democráticos más básicos, como lo es la división de poderes. Ni hablar de las evidencias cada vez mayores que vinculan a este partido político con estructuras del crimen organizado y grandes esquemas de corrupción e impunidad. Apoyar el proyecto de ley de “armonización” eléctrica es apoyar un proyecto político de mayor alcance, el cual amenaza con destruir la democracia costarricense y los principios básicos de convivencia social.</w:t>
      </w:r>
    </w:p>
    <w:p w14:paraId="288367A2" w14:textId="77777777" w:rsidR="00D96A2B" w:rsidRPr="0080021A" w:rsidRDefault="00000000">
      <w:pPr>
        <w:spacing w:after="160"/>
        <w:rPr>
          <w:rFonts w:ascii="Verdana" w:hAnsi="Verdana"/>
          <w:lang w:val="es-CR"/>
        </w:rPr>
      </w:pPr>
      <w:r w:rsidRPr="0080021A">
        <w:rPr>
          <w:rFonts w:ascii="Verdana" w:hAnsi="Verdana"/>
          <w:lang w:val="es-CR"/>
        </w:rPr>
        <w:t xml:space="preserve">Mientras en otros países del mundo se está discutiendo seriamente la necesidad de </w:t>
      </w:r>
      <w:proofErr w:type="spellStart"/>
      <w:r w:rsidRPr="0080021A">
        <w:rPr>
          <w:rFonts w:ascii="Verdana" w:hAnsi="Verdana"/>
          <w:lang w:val="es-CR"/>
        </w:rPr>
        <w:t>re-estatizar</w:t>
      </w:r>
      <w:proofErr w:type="spellEnd"/>
      <w:r w:rsidRPr="0080021A">
        <w:rPr>
          <w:rFonts w:ascii="Verdana" w:hAnsi="Verdana"/>
          <w:lang w:val="es-CR"/>
        </w:rPr>
        <w:t xml:space="preserve"> los sistemas eléctricos debido a los pésimos resultados de las privatizaciones, en Costa Rica se está impulsando el proyecto de ley de </w:t>
      </w:r>
      <w:r w:rsidRPr="0080021A">
        <w:rPr>
          <w:rFonts w:ascii="Verdana" w:hAnsi="Verdana"/>
          <w:lang w:val="es-CR"/>
        </w:rPr>
        <w:lastRenderedPageBreak/>
        <w:t>“armonización”, ignorando toda la evidencia disponible a partir de las experiencias internacionales. Inclusive, Costa Rica es reconocida a nivel mundial por poseer un modelo eléctrico altamente exitoso y ejemplar, con altos estándares de calidad, servicio al costo, acceso universal y soberanía energética. Desde luego que hay aspectos por mejorar, pero este proyecto de ley no atiende dichos aspectos sino que más bien vendría a destruir lo que sí funciona bien e imitar lo peor que se ha hecho en otros países.</w:t>
      </w:r>
    </w:p>
    <w:p w14:paraId="542B7151" w14:textId="77777777" w:rsidR="00D96A2B" w:rsidRPr="0080021A" w:rsidRDefault="00000000">
      <w:pPr>
        <w:spacing w:after="160"/>
        <w:rPr>
          <w:rFonts w:ascii="Verdana" w:hAnsi="Verdana"/>
          <w:lang w:val="es-CR"/>
        </w:rPr>
      </w:pPr>
      <w:r w:rsidRPr="0080021A">
        <w:rPr>
          <w:rFonts w:ascii="Verdana" w:hAnsi="Verdana"/>
          <w:lang w:val="es-CR"/>
        </w:rPr>
        <w:t>Como ciudadanía organizada, crítica y preocupada por el bienestar de nuestro país, les recordamos la enorme responsabilidad que tienen en sus manos. Una mala decisión puede provocar un daño enorme a la sociedad costarricense, el ambiente y las futuras generaciones, el cual luego resultaría muy difícil de revertir. Les recordamos también el compromiso que ustedes han asumido como bloque democrático legislativo en defensa del Estado Social de Derecho, el cual se encuentra más amenazado que nunca. Esperamos que cumplan con su palabra y que no traicionen al pueblo de Costa Rica, que ya tiene suficientes problemas como para meterse en uno más. Estaremos vigilantes y, si fuera el caso, listos/as para convocar grandes movilizaciones.</w:t>
      </w:r>
    </w:p>
    <w:p w14:paraId="21A7047F" w14:textId="77777777" w:rsidR="00D96A2B" w:rsidRPr="0080021A" w:rsidRDefault="00000000">
      <w:pPr>
        <w:spacing w:after="160"/>
        <w:rPr>
          <w:rFonts w:ascii="Verdana" w:hAnsi="Verdana"/>
          <w:lang w:val="es-CR"/>
        </w:rPr>
      </w:pPr>
      <w:r w:rsidRPr="0080021A">
        <w:rPr>
          <w:rFonts w:ascii="Verdana" w:hAnsi="Verdana"/>
          <w:lang w:val="es-CR"/>
        </w:rPr>
        <w:t>Atentamente.</w:t>
      </w:r>
    </w:p>
    <w:p w14:paraId="1F644E56" w14:textId="77777777" w:rsidR="00D96A2B" w:rsidRPr="0080021A" w:rsidRDefault="00000000">
      <w:pPr>
        <w:rPr>
          <w:rFonts w:ascii="Verdana" w:hAnsi="Verdana"/>
          <w:lang w:val="es-CR"/>
        </w:rPr>
      </w:pPr>
      <w:r w:rsidRPr="0080021A">
        <w:rPr>
          <w:rFonts w:ascii="Verdana" w:hAnsi="Verdana"/>
          <w:lang w:val="es-CR"/>
        </w:rPr>
        <w:br w:type="page"/>
      </w:r>
    </w:p>
    <w:p w14:paraId="268D6F51" w14:textId="77777777" w:rsidR="00D96A2B" w:rsidRPr="0080021A" w:rsidRDefault="00000000">
      <w:pPr>
        <w:spacing w:after="40"/>
        <w:rPr>
          <w:rFonts w:ascii="Verdana" w:hAnsi="Verdana"/>
          <w:lang w:val="es-CR"/>
        </w:rPr>
      </w:pPr>
      <w:r w:rsidRPr="0080021A">
        <w:rPr>
          <w:rFonts w:ascii="Verdana" w:hAnsi="Verdana"/>
          <w:lang w:val="es-CR"/>
        </w:rPr>
        <w:lastRenderedPageBreak/>
        <w:t>Señor Diputado</w:t>
      </w:r>
    </w:p>
    <w:p w14:paraId="1AF444CE" w14:textId="77777777" w:rsidR="00D96A2B" w:rsidRPr="0080021A" w:rsidRDefault="00000000">
      <w:pPr>
        <w:spacing w:after="40"/>
        <w:rPr>
          <w:rFonts w:ascii="Verdana" w:hAnsi="Verdana"/>
          <w:lang w:val="es-CR"/>
        </w:rPr>
      </w:pPr>
      <w:r w:rsidRPr="0080021A">
        <w:rPr>
          <w:rFonts w:ascii="Verdana" w:hAnsi="Verdana"/>
          <w:b/>
          <w:lang w:val="es-CR"/>
        </w:rPr>
        <w:t>Jesus Calderon - jesus.calderon@asamblea.go.cr</w:t>
      </w:r>
    </w:p>
    <w:p w14:paraId="2800462A" w14:textId="77777777" w:rsidR="00D96A2B" w:rsidRPr="0080021A" w:rsidRDefault="00000000">
      <w:pPr>
        <w:spacing w:after="240"/>
        <w:rPr>
          <w:rFonts w:ascii="Verdana" w:hAnsi="Verdana"/>
          <w:lang w:val="es-CR"/>
        </w:rPr>
      </w:pPr>
      <w:r w:rsidRPr="0080021A">
        <w:rPr>
          <w:rFonts w:ascii="Verdana" w:hAnsi="Verdana"/>
          <w:lang w:val="es-CR"/>
        </w:rPr>
        <w:t>Asamblea Legislativa de la República de Costa Rica</w:t>
      </w:r>
    </w:p>
    <w:p w14:paraId="2D907CFF" w14:textId="77777777" w:rsidR="00D96A2B" w:rsidRPr="0080021A" w:rsidRDefault="00000000">
      <w:pPr>
        <w:spacing w:after="240"/>
        <w:rPr>
          <w:rFonts w:ascii="Verdana" w:hAnsi="Verdana"/>
          <w:lang w:val="es-CR"/>
        </w:rPr>
      </w:pPr>
      <w:r w:rsidRPr="0080021A">
        <w:rPr>
          <w:rFonts w:ascii="Verdana" w:hAnsi="Verdana"/>
          <w:lang w:val="es-CR"/>
        </w:rPr>
        <w:t>Estimado señor diputado:</w:t>
      </w:r>
    </w:p>
    <w:p w14:paraId="1B17FDE8" w14:textId="77777777" w:rsidR="00D96A2B" w:rsidRPr="0080021A" w:rsidRDefault="00000000">
      <w:pPr>
        <w:spacing w:after="160"/>
        <w:rPr>
          <w:rFonts w:ascii="Verdana" w:hAnsi="Verdana"/>
          <w:lang w:val="es-CR"/>
        </w:rPr>
      </w:pPr>
      <w:r w:rsidRPr="0080021A">
        <w:rPr>
          <w:rFonts w:ascii="Verdana" w:hAnsi="Verdana"/>
          <w:lang w:val="es-CR"/>
        </w:rPr>
        <w:t>Reciba un cordial saludo.</w:t>
      </w:r>
    </w:p>
    <w:p w14:paraId="02747AC3" w14:textId="77777777" w:rsidR="00D96A2B" w:rsidRPr="0080021A" w:rsidRDefault="00000000">
      <w:pPr>
        <w:spacing w:after="160"/>
        <w:rPr>
          <w:rFonts w:ascii="Verdana" w:hAnsi="Verdana"/>
          <w:lang w:val="es-CR"/>
        </w:rPr>
      </w:pPr>
      <w:r w:rsidRPr="0080021A">
        <w:rPr>
          <w:rFonts w:ascii="Verdana" w:hAnsi="Verdana"/>
          <w:lang w:val="es-CR"/>
        </w:rPr>
        <w:t>Durante los últimos días ha circulado un rumor de que algunas personas diputadas del PLN habrían cambiado de posición y estarían votando a favor del mal llamado proyecto de Ley de Armonización Eléctrica en el segundo debate legislativo. Esta posibilidad ha encendido todas las alarmas en el movimiento social y en el pueblo de Costa Rica en general, pues, como ya se ha discutido ampliamente, este proyecto de ley es básicamente un nuevo intento de privatización y desmantelamiento del exitoso modelo eléctrico costarricense.</w:t>
      </w:r>
    </w:p>
    <w:p w14:paraId="49963746" w14:textId="77777777" w:rsidR="00D96A2B" w:rsidRPr="0080021A" w:rsidRDefault="00000000">
      <w:pPr>
        <w:spacing w:after="160"/>
        <w:rPr>
          <w:rFonts w:ascii="Verdana" w:hAnsi="Verdana"/>
          <w:lang w:val="es-CR"/>
        </w:rPr>
      </w:pPr>
      <w:r w:rsidRPr="0080021A">
        <w:rPr>
          <w:rFonts w:ascii="Verdana" w:hAnsi="Verdana"/>
          <w:lang w:val="es-CR"/>
        </w:rPr>
        <w:t>Este proyecto de ley no tiene nada de novedoso; representa un caso más de la vieja receta privatizadora de los años 1990, que alrededor del mundo ha tenido consecuencias nefastas sobre la gestión de los sistemas eléctricos. Amplia evidencia y datos dan cuenta de los resultados desastrosos de este tipo de políticas, por ejemplo, fuertes aumentos en tarifas eléctricas residenciales y de pequeños comercios, deterioro en la calidad de los sistemas eléctricos (que se expresa en apagones, fluctuaciones y mayor inestabilidad de la corriente) y una captura corporativa de los espacios de toma de decisión en el sector eléctrico, dominados por puertas giratorias y conflictos de intereses. En fin, se trata de un proyecto de ley intencionado para que grandes actores económicos se apropien de un patrimonio socialmente construido durante décadas y monten un millonario negocio privado, del cual el pueblo de Costa Rica no recibiría beneficio alguno.</w:t>
      </w:r>
    </w:p>
    <w:p w14:paraId="22D34742" w14:textId="77777777" w:rsidR="00D96A2B" w:rsidRPr="0080021A" w:rsidRDefault="00000000">
      <w:pPr>
        <w:spacing w:after="160"/>
        <w:rPr>
          <w:rFonts w:ascii="Verdana" w:hAnsi="Verdana"/>
          <w:lang w:val="es-CR"/>
        </w:rPr>
      </w:pPr>
      <w:r w:rsidRPr="0080021A">
        <w:rPr>
          <w:rFonts w:ascii="Verdana" w:hAnsi="Verdana"/>
          <w:lang w:val="es-CR"/>
        </w:rPr>
        <w:t>La posibilidad de que algunas personas diputadas del PLN apoyen este proyecto de ley también preocupa mucho por lo que esto significa en la actual coyuntura política nacional. Estamos atravesando uno de los momentos más críticos en la historia reciente del país, con un gobierno – y su respectiva fracción legislativa – que han dado claras señales de autoritarismo y total falta de respeto por los principios democráticos más básicos, como lo es la división de poderes. Ni hablar de las evidencias cada vez mayores que vinculan a este partido político con estructuras del crimen organizado y grandes esquemas de corrupción e impunidad. Apoyar el proyecto de ley de “armonización” eléctrica es apoyar un proyecto político de mayor alcance, el cual amenaza con destruir la democracia costarricense y los principios básicos de convivencia social.</w:t>
      </w:r>
    </w:p>
    <w:p w14:paraId="1E617CC1" w14:textId="77777777" w:rsidR="00D96A2B" w:rsidRPr="0080021A" w:rsidRDefault="00000000">
      <w:pPr>
        <w:spacing w:after="160"/>
        <w:rPr>
          <w:rFonts w:ascii="Verdana" w:hAnsi="Verdana"/>
          <w:lang w:val="es-CR"/>
        </w:rPr>
      </w:pPr>
      <w:r w:rsidRPr="0080021A">
        <w:rPr>
          <w:rFonts w:ascii="Verdana" w:hAnsi="Verdana"/>
          <w:lang w:val="es-CR"/>
        </w:rPr>
        <w:t xml:space="preserve">Mientras en otros países del mundo se está discutiendo seriamente la necesidad de </w:t>
      </w:r>
      <w:proofErr w:type="spellStart"/>
      <w:r w:rsidRPr="0080021A">
        <w:rPr>
          <w:rFonts w:ascii="Verdana" w:hAnsi="Verdana"/>
          <w:lang w:val="es-CR"/>
        </w:rPr>
        <w:t>re-estatizar</w:t>
      </w:r>
      <w:proofErr w:type="spellEnd"/>
      <w:r w:rsidRPr="0080021A">
        <w:rPr>
          <w:rFonts w:ascii="Verdana" w:hAnsi="Verdana"/>
          <w:lang w:val="es-CR"/>
        </w:rPr>
        <w:t xml:space="preserve"> los sistemas eléctricos debido a los pésimos resultados de las privatizaciones, en Costa Rica se está impulsando el proyecto de ley de </w:t>
      </w:r>
      <w:r w:rsidRPr="0080021A">
        <w:rPr>
          <w:rFonts w:ascii="Verdana" w:hAnsi="Verdana"/>
          <w:lang w:val="es-CR"/>
        </w:rPr>
        <w:lastRenderedPageBreak/>
        <w:t>“armonización”, ignorando toda la evidencia disponible a partir de las experiencias internacionales. Inclusive, Costa Rica es reconocida a nivel mundial por poseer un modelo eléctrico altamente exitoso y ejemplar, con altos estándares de calidad, servicio al costo, acceso universal y soberanía energética. Desde luego que hay aspectos por mejorar, pero este proyecto de ley no atiende dichos aspectos sino que más bien vendría a destruir lo que sí funciona bien e imitar lo peor que se ha hecho en otros países.</w:t>
      </w:r>
    </w:p>
    <w:p w14:paraId="1CFBC06C" w14:textId="77777777" w:rsidR="00D96A2B" w:rsidRPr="0080021A" w:rsidRDefault="00000000">
      <w:pPr>
        <w:spacing w:after="160"/>
        <w:rPr>
          <w:rFonts w:ascii="Verdana" w:hAnsi="Verdana"/>
          <w:lang w:val="es-CR"/>
        </w:rPr>
      </w:pPr>
      <w:r w:rsidRPr="0080021A">
        <w:rPr>
          <w:rFonts w:ascii="Verdana" w:hAnsi="Verdana"/>
          <w:lang w:val="es-CR"/>
        </w:rPr>
        <w:t>Como ciudadanía organizada, crítica y preocupada por el bienestar de nuestro país, les recordamos la enorme responsabilidad que tienen en sus manos. Una mala decisión puede provocar un daño enorme a la sociedad costarricense, el ambiente y las futuras generaciones, el cual luego resultaría muy difícil de revertir. Les recordamos también el compromiso que ustedes han asumido como bloque democrático legislativo en defensa del Estado Social de Derecho, el cual se encuentra más amenazado que nunca. Esperamos que cumplan con su palabra y que no traicionen al pueblo de Costa Rica, que ya tiene suficientes problemas como para meterse en uno más. Estaremos vigilantes y, si fuera el caso, listos/as para convocar grandes movilizaciones.</w:t>
      </w:r>
    </w:p>
    <w:p w14:paraId="0111AD94" w14:textId="77777777" w:rsidR="00D96A2B" w:rsidRPr="0080021A" w:rsidRDefault="00000000">
      <w:pPr>
        <w:spacing w:after="160"/>
        <w:rPr>
          <w:rFonts w:ascii="Verdana" w:hAnsi="Verdana"/>
          <w:lang w:val="es-CR"/>
        </w:rPr>
      </w:pPr>
      <w:r w:rsidRPr="0080021A">
        <w:rPr>
          <w:rFonts w:ascii="Verdana" w:hAnsi="Verdana"/>
          <w:lang w:val="es-CR"/>
        </w:rPr>
        <w:t>Atentamente.</w:t>
      </w:r>
    </w:p>
    <w:p w14:paraId="1E3CBF0A" w14:textId="77777777" w:rsidR="00D96A2B" w:rsidRPr="0080021A" w:rsidRDefault="00000000">
      <w:pPr>
        <w:rPr>
          <w:rFonts w:ascii="Verdana" w:hAnsi="Verdana"/>
          <w:lang w:val="es-CR"/>
        </w:rPr>
      </w:pPr>
      <w:r w:rsidRPr="0080021A">
        <w:rPr>
          <w:rFonts w:ascii="Verdana" w:hAnsi="Verdana"/>
          <w:lang w:val="es-CR"/>
        </w:rPr>
        <w:br w:type="page"/>
      </w:r>
    </w:p>
    <w:p w14:paraId="3C363C51" w14:textId="77777777" w:rsidR="00D96A2B" w:rsidRPr="0080021A" w:rsidRDefault="00000000">
      <w:pPr>
        <w:spacing w:after="40"/>
        <w:rPr>
          <w:rFonts w:ascii="Verdana" w:hAnsi="Verdana"/>
          <w:lang w:val="es-CR"/>
        </w:rPr>
      </w:pPr>
      <w:r w:rsidRPr="0080021A">
        <w:rPr>
          <w:rFonts w:ascii="Verdana" w:hAnsi="Verdana"/>
          <w:lang w:val="es-CR"/>
        </w:rPr>
        <w:lastRenderedPageBreak/>
        <w:t>Señora Diputada</w:t>
      </w:r>
    </w:p>
    <w:p w14:paraId="07B4C84B" w14:textId="77777777" w:rsidR="00D96A2B" w:rsidRPr="0080021A" w:rsidRDefault="00000000">
      <w:pPr>
        <w:spacing w:after="40"/>
        <w:rPr>
          <w:rFonts w:ascii="Verdana" w:hAnsi="Verdana"/>
          <w:lang w:val="es-CR"/>
        </w:rPr>
      </w:pPr>
      <w:r w:rsidRPr="0080021A">
        <w:rPr>
          <w:rFonts w:ascii="Verdana" w:hAnsi="Verdana"/>
          <w:b/>
          <w:lang w:val="es-CR"/>
        </w:rPr>
        <w:t>Karen Alfaro - karen.alfaro@asamblea.go.cr</w:t>
      </w:r>
    </w:p>
    <w:p w14:paraId="3D74A90F" w14:textId="77777777" w:rsidR="00D96A2B" w:rsidRPr="0080021A" w:rsidRDefault="00000000">
      <w:pPr>
        <w:spacing w:after="240"/>
        <w:rPr>
          <w:rFonts w:ascii="Verdana" w:hAnsi="Verdana"/>
          <w:lang w:val="es-CR"/>
        </w:rPr>
      </w:pPr>
      <w:r w:rsidRPr="0080021A">
        <w:rPr>
          <w:rFonts w:ascii="Verdana" w:hAnsi="Verdana"/>
          <w:lang w:val="es-CR"/>
        </w:rPr>
        <w:t>Asamblea Legislativa de la República de Costa Rica</w:t>
      </w:r>
    </w:p>
    <w:p w14:paraId="3F8666B0" w14:textId="77777777" w:rsidR="00D96A2B" w:rsidRPr="0080021A" w:rsidRDefault="00000000">
      <w:pPr>
        <w:spacing w:after="240"/>
        <w:rPr>
          <w:rFonts w:ascii="Verdana" w:hAnsi="Verdana"/>
          <w:lang w:val="es-CR"/>
        </w:rPr>
      </w:pPr>
      <w:r w:rsidRPr="0080021A">
        <w:rPr>
          <w:rFonts w:ascii="Verdana" w:hAnsi="Verdana"/>
          <w:lang w:val="es-CR"/>
        </w:rPr>
        <w:t>Estimada señora diputada:</w:t>
      </w:r>
    </w:p>
    <w:p w14:paraId="221E374B" w14:textId="77777777" w:rsidR="00D96A2B" w:rsidRPr="0080021A" w:rsidRDefault="00000000">
      <w:pPr>
        <w:spacing w:after="160"/>
        <w:rPr>
          <w:rFonts w:ascii="Verdana" w:hAnsi="Verdana"/>
          <w:lang w:val="es-CR"/>
        </w:rPr>
      </w:pPr>
      <w:r w:rsidRPr="0080021A">
        <w:rPr>
          <w:rFonts w:ascii="Verdana" w:hAnsi="Verdana"/>
          <w:lang w:val="es-CR"/>
        </w:rPr>
        <w:t>Reciba un cordial saludo.</w:t>
      </w:r>
    </w:p>
    <w:p w14:paraId="7C3C0B6A" w14:textId="77777777" w:rsidR="00D96A2B" w:rsidRPr="0080021A" w:rsidRDefault="00000000">
      <w:pPr>
        <w:spacing w:after="160"/>
        <w:rPr>
          <w:rFonts w:ascii="Verdana" w:hAnsi="Verdana"/>
          <w:lang w:val="es-CR"/>
        </w:rPr>
      </w:pPr>
      <w:r w:rsidRPr="0080021A">
        <w:rPr>
          <w:rFonts w:ascii="Verdana" w:hAnsi="Verdana"/>
          <w:lang w:val="es-CR"/>
        </w:rPr>
        <w:t>Durante los últimos días ha circulado un rumor de que algunas personas diputadas del PLN habrían cambiado de posición y estarían votando a favor del mal llamado proyecto de Ley de Armonización Eléctrica en el segundo debate legislativo. Esta posibilidad ha encendido todas las alarmas en el movimiento social y en el pueblo de Costa Rica en general, pues, como ya se ha discutido ampliamente, este proyecto de ley es básicamente un nuevo intento de privatización y desmantelamiento del exitoso modelo eléctrico costarricense.</w:t>
      </w:r>
    </w:p>
    <w:p w14:paraId="268ED32D" w14:textId="77777777" w:rsidR="00D96A2B" w:rsidRPr="0080021A" w:rsidRDefault="00000000">
      <w:pPr>
        <w:spacing w:after="160"/>
        <w:rPr>
          <w:rFonts w:ascii="Verdana" w:hAnsi="Verdana"/>
          <w:lang w:val="es-CR"/>
        </w:rPr>
      </w:pPr>
      <w:r w:rsidRPr="0080021A">
        <w:rPr>
          <w:rFonts w:ascii="Verdana" w:hAnsi="Verdana"/>
          <w:lang w:val="es-CR"/>
        </w:rPr>
        <w:t>Este proyecto de ley no tiene nada de novedoso; representa un caso más de la vieja receta privatizadora de los años 1990, que alrededor del mundo ha tenido consecuencias nefastas sobre la gestión de los sistemas eléctricos. Amplia evidencia y datos dan cuenta de los resultados desastrosos de este tipo de políticas, por ejemplo, fuertes aumentos en tarifas eléctricas residenciales y de pequeños comercios, deterioro en la calidad de los sistemas eléctricos (que se expresa en apagones, fluctuaciones y mayor inestabilidad de la corriente) y una captura corporativa de los espacios de toma de decisión en el sector eléctrico, dominados por puertas giratorias y conflictos de intereses. En fin, se trata de un proyecto de ley intencionado para que grandes actores económicos se apropien de un patrimonio socialmente construido durante décadas y monten un millonario negocio privado, del cual el pueblo de Costa Rica no recibiría beneficio alguno.</w:t>
      </w:r>
    </w:p>
    <w:p w14:paraId="50482DF4" w14:textId="77777777" w:rsidR="00D96A2B" w:rsidRPr="0080021A" w:rsidRDefault="00000000">
      <w:pPr>
        <w:spacing w:after="160"/>
        <w:rPr>
          <w:rFonts w:ascii="Verdana" w:hAnsi="Verdana"/>
          <w:lang w:val="es-CR"/>
        </w:rPr>
      </w:pPr>
      <w:r w:rsidRPr="0080021A">
        <w:rPr>
          <w:rFonts w:ascii="Verdana" w:hAnsi="Verdana"/>
          <w:lang w:val="es-CR"/>
        </w:rPr>
        <w:t>La posibilidad de que algunas personas diputadas del PLN apoyen este proyecto de ley también preocupa mucho por lo que esto significa en la actual coyuntura política nacional. Estamos atravesando uno de los momentos más críticos en la historia reciente del país, con un gobierno – y su respectiva fracción legislativa – que han dado claras señales de autoritarismo y total falta de respeto por los principios democráticos más básicos, como lo es la división de poderes. Ni hablar de las evidencias cada vez mayores que vinculan a este partido político con estructuras del crimen organizado y grandes esquemas de corrupción e impunidad. Apoyar el proyecto de ley de “armonización” eléctrica es apoyar un proyecto político de mayor alcance, el cual amenaza con destruir la democracia costarricense y los principios básicos de convivencia social.</w:t>
      </w:r>
    </w:p>
    <w:p w14:paraId="7C17C3DA" w14:textId="77777777" w:rsidR="00D96A2B" w:rsidRPr="0080021A" w:rsidRDefault="00000000">
      <w:pPr>
        <w:spacing w:after="160"/>
        <w:rPr>
          <w:rFonts w:ascii="Verdana" w:hAnsi="Verdana"/>
          <w:lang w:val="es-CR"/>
        </w:rPr>
      </w:pPr>
      <w:r w:rsidRPr="0080021A">
        <w:rPr>
          <w:rFonts w:ascii="Verdana" w:hAnsi="Verdana"/>
          <w:lang w:val="es-CR"/>
        </w:rPr>
        <w:t xml:space="preserve">Mientras en otros países del mundo se está discutiendo seriamente la necesidad de </w:t>
      </w:r>
      <w:proofErr w:type="spellStart"/>
      <w:r w:rsidRPr="0080021A">
        <w:rPr>
          <w:rFonts w:ascii="Verdana" w:hAnsi="Verdana"/>
          <w:lang w:val="es-CR"/>
        </w:rPr>
        <w:t>re-estatizar</w:t>
      </w:r>
      <w:proofErr w:type="spellEnd"/>
      <w:r w:rsidRPr="0080021A">
        <w:rPr>
          <w:rFonts w:ascii="Verdana" w:hAnsi="Verdana"/>
          <w:lang w:val="es-CR"/>
        </w:rPr>
        <w:t xml:space="preserve"> los sistemas eléctricos debido a los pésimos resultados de las privatizaciones, en Costa Rica se está impulsando el proyecto de ley de </w:t>
      </w:r>
      <w:r w:rsidRPr="0080021A">
        <w:rPr>
          <w:rFonts w:ascii="Verdana" w:hAnsi="Verdana"/>
          <w:lang w:val="es-CR"/>
        </w:rPr>
        <w:lastRenderedPageBreak/>
        <w:t>“armonización”, ignorando toda la evidencia disponible a partir de las experiencias internacionales. Inclusive, Costa Rica es reconocida a nivel mundial por poseer un modelo eléctrico altamente exitoso y ejemplar, con altos estándares de calidad, servicio al costo, acceso universal y soberanía energética. Desde luego que hay aspectos por mejorar, pero este proyecto de ley no atiende dichos aspectos sino que más bien vendría a destruir lo que sí funciona bien e imitar lo peor que se ha hecho en otros países.</w:t>
      </w:r>
    </w:p>
    <w:p w14:paraId="36C176B6" w14:textId="77777777" w:rsidR="00D96A2B" w:rsidRPr="0080021A" w:rsidRDefault="00000000">
      <w:pPr>
        <w:spacing w:after="160"/>
        <w:rPr>
          <w:rFonts w:ascii="Verdana" w:hAnsi="Verdana"/>
          <w:lang w:val="es-CR"/>
        </w:rPr>
      </w:pPr>
      <w:r w:rsidRPr="0080021A">
        <w:rPr>
          <w:rFonts w:ascii="Verdana" w:hAnsi="Verdana"/>
          <w:lang w:val="es-CR"/>
        </w:rPr>
        <w:t>Como ciudadanía organizada, crítica y preocupada por el bienestar de nuestro país, les recordamos la enorme responsabilidad que tienen en sus manos. Una mala decisión puede provocar un daño enorme a la sociedad costarricense, el ambiente y las futuras generaciones, el cual luego resultaría muy difícil de revertir. Les recordamos también el compromiso que ustedes han asumido como bloque democrático legislativo en defensa del Estado Social de Derecho, el cual se encuentra más amenazado que nunca. Esperamos que cumplan con su palabra y que no traicionen al pueblo de Costa Rica, que ya tiene suficientes problemas como para meterse en uno más. Estaremos vigilantes y, si fuera el caso, listos/as para convocar grandes movilizaciones.</w:t>
      </w:r>
    </w:p>
    <w:p w14:paraId="36F3E8FA" w14:textId="77777777" w:rsidR="00D96A2B" w:rsidRPr="0080021A" w:rsidRDefault="00000000">
      <w:pPr>
        <w:spacing w:after="160"/>
        <w:rPr>
          <w:rFonts w:ascii="Verdana" w:hAnsi="Verdana"/>
          <w:lang w:val="es-CR"/>
        </w:rPr>
      </w:pPr>
      <w:r w:rsidRPr="0080021A">
        <w:rPr>
          <w:rFonts w:ascii="Verdana" w:hAnsi="Verdana"/>
          <w:lang w:val="es-CR"/>
        </w:rPr>
        <w:t>Atentamente.</w:t>
      </w:r>
    </w:p>
    <w:p w14:paraId="463D95E3" w14:textId="77777777" w:rsidR="00D96A2B" w:rsidRPr="0080021A" w:rsidRDefault="00000000">
      <w:pPr>
        <w:rPr>
          <w:rFonts w:ascii="Verdana" w:hAnsi="Verdana"/>
          <w:lang w:val="es-CR"/>
        </w:rPr>
      </w:pPr>
      <w:r w:rsidRPr="0080021A">
        <w:rPr>
          <w:rFonts w:ascii="Verdana" w:hAnsi="Verdana"/>
          <w:lang w:val="es-CR"/>
        </w:rPr>
        <w:br w:type="page"/>
      </w:r>
    </w:p>
    <w:p w14:paraId="38CFE09D" w14:textId="77777777" w:rsidR="00D96A2B" w:rsidRPr="0080021A" w:rsidRDefault="00000000">
      <w:pPr>
        <w:spacing w:after="40"/>
        <w:rPr>
          <w:rFonts w:ascii="Verdana" w:hAnsi="Verdana"/>
          <w:lang w:val="es-CR"/>
        </w:rPr>
      </w:pPr>
      <w:r w:rsidRPr="0080021A">
        <w:rPr>
          <w:rFonts w:ascii="Verdana" w:hAnsi="Verdana"/>
          <w:lang w:val="es-CR"/>
        </w:rPr>
        <w:lastRenderedPageBreak/>
        <w:t>Señora Diputada</w:t>
      </w:r>
    </w:p>
    <w:p w14:paraId="19E8A767" w14:textId="77777777" w:rsidR="00D96A2B" w:rsidRPr="0080021A" w:rsidRDefault="00000000">
      <w:pPr>
        <w:spacing w:after="40"/>
        <w:rPr>
          <w:rFonts w:ascii="Verdana" w:hAnsi="Verdana"/>
          <w:lang w:val="es-CR"/>
        </w:rPr>
      </w:pPr>
      <w:r w:rsidRPr="0080021A">
        <w:rPr>
          <w:rFonts w:ascii="Verdana" w:hAnsi="Verdana"/>
          <w:b/>
          <w:lang w:val="es-CR"/>
        </w:rPr>
        <w:t>Karol Matamoros - karol.matamoros@asamblea.go.cr</w:t>
      </w:r>
    </w:p>
    <w:p w14:paraId="0D6ACF05" w14:textId="77777777" w:rsidR="00D96A2B" w:rsidRPr="0080021A" w:rsidRDefault="00000000">
      <w:pPr>
        <w:spacing w:after="240"/>
        <w:rPr>
          <w:rFonts w:ascii="Verdana" w:hAnsi="Verdana"/>
          <w:lang w:val="es-CR"/>
        </w:rPr>
      </w:pPr>
      <w:r w:rsidRPr="0080021A">
        <w:rPr>
          <w:rFonts w:ascii="Verdana" w:hAnsi="Verdana"/>
          <w:lang w:val="es-CR"/>
        </w:rPr>
        <w:t>Asamblea Legislativa de la República de Costa Rica</w:t>
      </w:r>
    </w:p>
    <w:p w14:paraId="5594B9EC" w14:textId="77777777" w:rsidR="00D96A2B" w:rsidRPr="0080021A" w:rsidRDefault="00000000">
      <w:pPr>
        <w:spacing w:after="240"/>
        <w:rPr>
          <w:rFonts w:ascii="Verdana" w:hAnsi="Verdana"/>
          <w:lang w:val="es-CR"/>
        </w:rPr>
      </w:pPr>
      <w:r w:rsidRPr="0080021A">
        <w:rPr>
          <w:rFonts w:ascii="Verdana" w:hAnsi="Verdana"/>
          <w:lang w:val="es-CR"/>
        </w:rPr>
        <w:t>Estimada señora diputada:</w:t>
      </w:r>
    </w:p>
    <w:p w14:paraId="45AD7B09" w14:textId="77777777" w:rsidR="00D96A2B" w:rsidRPr="0080021A" w:rsidRDefault="00000000">
      <w:pPr>
        <w:spacing w:after="160"/>
        <w:rPr>
          <w:rFonts w:ascii="Verdana" w:hAnsi="Verdana"/>
          <w:lang w:val="es-CR"/>
        </w:rPr>
      </w:pPr>
      <w:r w:rsidRPr="0080021A">
        <w:rPr>
          <w:rFonts w:ascii="Verdana" w:hAnsi="Verdana"/>
          <w:lang w:val="es-CR"/>
        </w:rPr>
        <w:t>Reciba un cordial saludo.</w:t>
      </w:r>
    </w:p>
    <w:p w14:paraId="2B55DC1E" w14:textId="77777777" w:rsidR="00D96A2B" w:rsidRPr="0080021A" w:rsidRDefault="00000000">
      <w:pPr>
        <w:spacing w:after="160"/>
        <w:rPr>
          <w:rFonts w:ascii="Verdana" w:hAnsi="Verdana"/>
          <w:lang w:val="es-CR"/>
        </w:rPr>
      </w:pPr>
      <w:r w:rsidRPr="0080021A">
        <w:rPr>
          <w:rFonts w:ascii="Verdana" w:hAnsi="Verdana"/>
          <w:lang w:val="es-CR"/>
        </w:rPr>
        <w:t>Durante los últimos días ha circulado un rumor de que algunas personas diputadas del PLN habrían cambiado de posición y estarían votando a favor del mal llamado proyecto de Ley de Armonización Eléctrica en el segundo debate legislativo. Esta posibilidad ha encendido todas las alarmas en el movimiento social y en el pueblo de Costa Rica en general, pues, como ya se ha discutido ampliamente, este proyecto de ley es básicamente un nuevo intento de privatización y desmantelamiento del exitoso modelo eléctrico costarricense.</w:t>
      </w:r>
    </w:p>
    <w:p w14:paraId="17EA2831" w14:textId="77777777" w:rsidR="00D96A2B" w:rsidRPr="0080021A" w:rsidRDefault="00000000">
      <w:pPr>
        <w:spacing w:after="160"/>
        <w:rPr>
          <w:rFonts w:ascii="Verdana" w:hAnsi="Verdana"/>
          <w:lang w:val="es-CR"/>
        </w:rPr>
      </w:pPr>
      <w:r w:rsidRPr="0080021A">
        <w:rPr>
          <w:rFonts w:ascii="Verdana" w:hAnsi="Verdana"/>
          <w:lang w:val="es-CR"/>
        </w:rPr>
        <w:t>Este proyecto de ley no tiene nada de novedoso; representa un caso más de la vieja receta privatizadora de los años 1990, que alrededor del mundo ha tenido consecuencias nefastas sobre la gestión de los sistemas eléctricos. Amplia evidencia y datos dan cuenta de los resultados desastrosos de este tipo de políticas, por ejemplo, fuertes aumentos en tarifas eléctricas residenciales y de pequeños comercios, deterioro en la calidad de los sistemas eléctricos (que se expresa en apagones, fluctuaciones y mayor inestabilidad de la corriente) y una captura corporativa de los espacios de toma de decisión en el sector eléctrico, dominados por puertas giratorias y conflictos de intereses. En fin, se trata de un proyecto de ley intencionado para que grandes actores económicos se apropien de un patrimonio socialmente construido durante décadas y monten un millonario negocio privado, del cual el pueblo de Costa Rica no recibiría beneficio alguno.</w:t>
      </w:r>
    </w:p>
    <w:p w14:paraId="0D14A99C" w14:textId="77777777" w:rsidR="00D96A2B" w:rsidRPr="0080021A" w:rsidRDefault="00000000">
      <w:pPr>
        <w:spacing w:after="160"/>
        <w:rPr>
          <w:rFonts w:ascii="Verdana" w:hAnsi="Verdana"/>
          <w:lang w:val="es-CR"/>
        </w:rPr>
      </w:pPr>
      <w:r w:rsidRPr="0080021A">
        <w:rPr>
          <w:rFonts w:ascii="Verdana" w:hAnsi="Verdana"/>
          <w:lang w:val="es-CR"/>
        </w:rPr>
        <w:t>La posibilidad de que algunas personas diputadas del PLN apoyen este proyecto de ley también preocupa mucho por lo que esto significa en la actual coyuntura política nacional. Estamos atravesando uno de los momentos más críticos en la historia reciente del país, con un gobierno – y su respectiva fracción legislativa – que han dado claras señales de autoritarismo y total falta de respeto por los principios democráticos más básicos, como lo es la división de poderes. Ni hablar de las evidencias cada vez mayores que vinculan a este partido político con estructuras del crimen organizado y grandes esquemas de corrupción e impunidad. Apoyar el proyecto de ley de “armonización” eléctrica es apoyar un proyecto político de mayor alcance, el cual amenaza con destruir la democracia costarricense y los principios básicos de convivencia social.</w:t>
      </w:r>
    </w:p>
    <w:p w14:paraId="6CBB75EC" w14:textId="77777777" w:rsidR="00D96A2B" w:rsidRPr="0080021A" w:rsidRDefault="00000000">
      <w:pPr>
        <w:spacing w:after="160"/>
        <w:rPr>
          <w:rFonts w:ascii="Verdana" w:hAnsi="Verdana"/>
          <w:lang w:val="es-CR"/>
        </w:rPr>
      </w:pPr>
      <w:r w:rsidRPr="0080021A">
        <w:rPr>
          <w:rFonts w:ascii="Verdana" w:hAnsi="Verdana"/>
          <w:lang w:val="es-CR"/>
        </w:rPr>
        <w:t xml:space="preserve">Mientras en otros países del mundo se está discutiendo seriamente la necesidad de </w:t>
      </w:r>
      <w:proofErr w:type="spellStart"/>
      <w:r w:rsidRPr="0080021A">
        <w:rPr>
          <w:rFonts w:ascii="Verdana" w:hAnsi="Verdana"/>
          <w:lang w:val="es-CR"/>
        </w:rPr>
        <w:t>re-estatizar</w:t>
      </w:r>
      <w:proofErr w:type="spellEnd"/>
      <w:r w:rsidRPr="0080021A">
        <w:rPr>
          <w:rFonts w:ascii="Verdana" w:hAnsi="Verdana"/>
          <w:lang w:val="es-CR"/>
        </w:rPr>
        <w:t xml:space="preserve"> los sistemas eléctricos debido a los pésimos resultados de las privatizaciones, en Costa Rica se está impulsando el proyecto de ley de </w:t>
      </w:r>
      <w:r w:rsidRPr="0080021A">
        <w:rPr>
          <w:rFonts w:ascii="Verdana" w:hAnsi="Verdana"/>
          <w:lang w:val="es-CR"/>
        </w:rPr>
        <w:lastRenderedPageBreak/>
        <w:t>“armonización”, ignorando toda la evidencia disponible a partir de las experiencias internacionales. Inclusive, Costa Rica es reconocida a nivel mundial por poseer un modelo eléctrico altamente exitoso y ejemplar, con altos estándares de calidad, servicio al costo, acceso universal y soberanía energética. Desde luego que hay aspectos por mejorar, pero este proyecto de ley no atiende dichos aspectos sino que más bien vendría a destruir lo que sí funciona bien e imitar lo peor que se ha hecho en otros países.</w:t>
      </w:r>
    </w:p>
    <w:p w14:paraId="6EA7DE09" w14:textId="77777777" w:rsidR="00D96A2B" w:rsidRPr="0080021A" w:rsidRDefault="00000000">
      <w:pPr>
        <w:spacing w:after="160"/>
        <w:rPr>
          <w:rFonts w:ascii="Verdana" w:hAnsi="Verdana"/>
          <w:lang w:val="es-CR"/>
        </w:rPr>
      </w:pPr>
      <w:r w:rsidRPr="0080021A">
        <w:rPr>
          <w:rFonts w:ascii="Verdana" w:hAnsi="Verdana"/>
          <w:lang w:val="es-CR"/>
        </w:rPr>
        <w:t>Como ciudadanía organizada, crítica y preocupada por el bienestar de nuestro país, les recordamos la enorme responsabilidad que tienen en sus manos. Una mala decisión puede provocar un daño enorme a la sociedad costarricense, el ambiente y las futuras generaciones, el cual luego resultaría muy difícil de revertir. Les recordamos también el compromiso que ustedes han asumido como bloque democrático legislativo en defensa del Estado Social de Derecho, el cual se encuentra más amenazado que nunca. Esperamos que cumplan con su palabra y que no traicionen al pueblo de Costa Rica, que ya tiene suficientes problemas como para meterse en uno más. Estaremos vigilantes y, si fuera el caso, listos/as para convocar grandes movilizaciones.</w:t>
      </w:r>
    </w:p>
    <w:p w14:paraId="38FDF07D" w14:textId="77777777" w:rsidR="00D96A2B" w:rsidRPr="0080021A" w:rsidRDefault="00000000">
      <w:pPr>
        <w:spacing w:after="160"/>
        <w:rPr>
          <w:rFonts w:ascii="Verdana" w:hAnsi="Verdana"/>
          <w:lang w:val="es-CR"/>
        </w:rPr>
      </w:pPr>
      <w:r w:rsidRPr="0080021A">
        <w:rPr>
          <w:rFonts w:ascii="Verdana" w:hAnsi="Verdana"/>
          <w:lang w:val="es-CR"/>
        </w:rPr>
        <w:t>Atentamente.</w:t>
      </w:r>
    </w:p>
    <w:p w14:paraId="00FFB093" w14:textId="77777777" w:rsidR="00D96A2B" w:rsidRPr="0080021A" w:rsidRDefault="00000000">
      <w:pPr>
        <w:rPr>
          <w:rFonts w:ascii="Verdana" w:hAnsi="Verdana"/>
          <w:lang w:val="es-CR"/>
        </w:rPr>
      </w:pPr>
      <w:r w:rsidRPr="0080021A">
        <w:rPr>
          <w:rFonts w:ascii="Verdana" w:hAnsi="Verdana"/>
          <w:lang w:val="es-CR"/>
        </w:rPr>
        <w:br w:type="page"/>
      </w:r>
    </w:p>
    <w:p w14:paraId="149D624D" w14:textId="77777777" w:rsidR="00D96A2B" w:rsidRPr="0080021A" w:rsidRDefault="00000000">
      <w:pPr>
        <w:spacing w:after="40"/>
        <w:rPr>
          <w:rFonts w:ascii="Verdana" w:hAnsi="Verdana"/>
          <w:lang w:val="es-CR"/>
        </w:rPr>
      </w:pPr>
      <w:r w:rsidRPr="0080021A">
        <w:rPr>
          <w:rFonts w:ascii="Verdana" w:hAnsi="Verdana"/>
          <w:lang w:val="es-CR"/>
        </w:rPr>
        <w:lastRenderedPageBreak/>
        <w:t>Señor Diputado</w:t>
      </w:r>
    </w:p>
    <w:p w14:paraId="74D0E0D0" w14:textId="77777777" w:rsidR="00D96A2B" w:rsidRPr="0080021A" w:rsidRDefault="00000000">
      <w:pPr>
        <w:spacing w:after="40"/>
        <w:rPr>
          <w:rFonts w:ascii="Verdana" w:hAnsi="Verdana"/>
        </w:rPr>
      </w:pPr>
      <w:proofErr w:type="spellStart"/>
      <w:r w:rsidRPr="0080021A">
        <w:rPr>
          <w:rFonts w:ascii="Verdana" w:hAnsi="Verdana"/>
          <w:b/>
        </w:rPr>
        <w:t>Mangell</w:t>
      </w:r>
      <w:proofErr w:type="spellEnd"/>
      <w:r w:rsidRPr="0080021A">
        <w:rPr>
          <w:rFonts w:ascii="Verdana" w:hAnsi="Verdana"/>
          <w:b/>
        </w:rPr>
        <w:t xml:space="preserve"> Mclean - mangell.mclean@asamblea.go.cr</w:t>
      </w:r>
    </w:p>
    <w:p w14:paraId="0C4D7849" w14:textId="77777777" w:rsidR="00D96A2B" w:rsidRPr="0080021A" w:rsidRDefault="00000000">
      <w:pPr>
        <w:spacing w:after="240"/>
        <w:rPr>
          <w:rFonts w:ascii="Verdana" w:hAnsi="Verdana"/>
          <w:lang w:val="es-CR"/>
        </w:rPr>
      </w:pPr>
      <w:r w:rsidRPr="0080021A">
        <w:rPr>
          <w:rFonts w:ascii="Verdana" w:hAnsi="Verdana"/>
          <w:lang w:val="es-CR"/>
        </w:rPr>
        <w:t>Asamblea Legislativa de la República de Costa Rica</w:t>
      </w:r>
    </w:p>
    <w:p w14:paraId="130C5194" w14:textId="77777777" w:rsidR="00D96A2B" w:rsidRPr="0080021A" w:rsidRDefault="00000000">
      <w:pPr>
        <w:spacing w:after="240"/>
        <w:rPr>
          <w:rFonts w:ascii="Verdana" w:hAnsi="Verdana"/>
          <w:lang w:val="es-CR"/>
        </w:rPr>
      </w:pPr>
      <w:r w:rsidRPr="0080021A">
        <w:rPr>
          <w:rFonts w:ascii="Verdana" w:hAnsi="Verdana"/>
          <w:lang w:val="es-CR"/>
        </w:rPr>
        <w:t>Estimado señor diputado:</w:t>
      </w:r>
    </w:p>
    <w:p w14:paraId="5AA25210" w14:textId="77777777" w:rsidR="00D96A2B" w:rsidRPr="0080021A" w:rsidRDefault="00000000">
      <w:pPr>
        <w:spacing w:after="160"/>
        <w:rPr>
          <w:rFonts w:ascii="Verdana" w:hAnsi="Verdana"/>
          <w:lang w:val="es-CR"/>
        </w:rPr>
      </w:pPr>
      <w:r w:rsidRPr="0080021A">
        <w:rPr>
          <w:rFonts w:ascii="Verdana" w:hAnsi="Verdana"/>
          <w:lang w:val="es-CR"/>
        </w:rPr>
        <w:t>Reciba un cordial saludo.</w:t>
      </w:r>
    </w:p>
    <w:p w14:paraId="20330B9A" w14:textId="77777777" w:rsidR="00D96A2B" w:rsidRPr="0080021A" w:rsidRDefault="00000000">
      <w:pPr>
        <w:spacing w:after="160"/>
        <w:rPr>
          <w:rFonts w:ascii="Verdana" w:hAnsi="Verdana"/>
          <w:lang w:val="es-CR"/>
        </w:rPr>
      </w:pPr>
      <w:r w:rsidRPr="0080021A">
        <w:rPr>
          <w:rFonts w:ascii="Verdana" w:hAnsi="Verdana"/>
          <w:lang w:val="es-CR"/>
        </w:rPr>
        <w:t>Durante los últimos días ha circulado un rumor de que algunas personas diputadas del PLN habrían cambiado de posición y estarían votando a favor del mal llamado proyecto de Ley de Armonización Eléctrica en el segundo debate legislativo. Esta posibilidad ha encendido todas las alarmas en el movimiento social y en el pueblo de Costa Rica en general, pues, como ya se ha discutido ampliamente, este proyecto de ley es básicamente un nuevo intento de privatización y desmantelamiento del exitoso modelo eléctrico costarricense.</w:t>
      </w:r>
    </w:p>
    <w:p w14:paraId="6150D9FA" w14:textId="77777777" w:rsidR="00D96A2B" w:rsidRPr="0080021A" w:rsidRDefault="00000000">
      <w:pPr>
        <w:spacing w:after="160"/>
        <w:rPr>
          <w:rFonts w:ascii="Verdana" w:hAnsi="Verdana"/>
          <w:lang w:val="es-CR"/>
        </w:rPr>
      </w:pPr>
      <w:r w:rsidRPr="0080021A">
        <w:rPr>
          <w:rFonts w:ascii="Verdana" w:hAnsi="Verdana"/>
          <w:lang w:val="es-CR"/>
        </w:rPr>
        <w:t>Este proyecto de ley no tiene nada de novedoso; representa un caso más de la vieja receta privatizadora de los años 1990, que alrededor del mundo ha tenido consecuencias nefastas sobre la gestión de los sistemas eléctricos. Amplia evidencia y datos dan cuenta de los resultados desastrosos de este tipo de políticas, por ejemplo, fuertes aumentos en tarifas eléctricas residenciales y de pequeños comercios, deterioro en la calidad de los sistemas eléctricos (que se expresa en apagones, fluctuaciones y mayor inestabilidad de la corriente) y una captura corporativa de los espacios de toma de decisión en el sector eléctrico, dominados por puertas giratorias y conflictos de intereses. En fin, se trata de un proyecto de ley intencionado para que grandes actores económicos se apropien de un patrimonio socialmente construido durante décadas y monten un millonario negocio privado, del cual el pueblo de Costa Rica no recibiría beneficio alguno.</w:t>
      </w:r>
    </w:p>
    <w:p w14:paraId="75C72D26" w14:textId="77777777" w:rsidR="00D96A2B" w:rsidRPr="0080021A" w:rsidRDefault="00000000">
      <w:pPr>
        <w:spacing w:after="160"/>
        <w:rPr>
          <w:rFonts w:ascii="Verdana" w:hAnsi="Verdana"/>
          <w:lang w:val="es-CR"/>
        </w:rPr>
      </w:pPr>
      <w:r w:rsidRPr="0080021A">
        <w:rPr>
          <w:rFonts w:ascii="Verdana" w:hAnsi="Verdana"/>
          <w:lang w:val="es-CR"/>
        </w:rPr>
        <w:t>La posibilidad de que algunas personas diputadas del PLN apoyen este proyecto de ley también preocupa mucho por lo que esto significa en la actual coyuntura política nacional. Estamos atravesando uno de los momentos más críticos en la historia reciente del país, con un gobierno – y su respectiva fracción legislativa – que han dado claras señales de autoritarismo y total falta de respeto por los principios democráticos más básicos, como lo es la división de poderes. Ni hablar de las evidencias cada vez mayores que vinculan a este partido político con estructuras del crimen organizado y grandes esquemas de corrupción e impunidad. Apoyar el proyecto de ley de “armonización” eléctrica es apoyar un proyecto político de mayor alcance, el cual amenaza con destruir la democracia costarricense y los principios básicos de convivencia social.</w:t>
      </w:r>
    </w:p>
    <w:p w14:paraId="751C0922" w14:textId="77777777" w:rsidR="00D96A2B" w:rsidRPr="0080021A" w:rsidRDefault="00000000">
      <w:pPr>
        <w:spacing w:after="160"/>
        <w:rPr>
          <w:rFonts w:ascii="Verdana" w:hAnsi="Verdana"/>
          <w:lang w:val="es-CR"/>
        </w:rPr>
      </w:pPr>
      <w:r w:rsidRPr="0080021A">
        <w:rPr>
          <w:rFonts w:ascii="Verdana" w:hAnsi="Verdana"/>
          <w:lang w:val="es-CR"/>
        </w:rPr>
        <w:t xml:space="preserve">Mientras en otros países del mundo se está discutiendo seriamente la necesidad de </w:t>
      </w:r>
      <w:proofErr w:type="spellStart"/>
      <w:r w:rsidRPr="0080021A">
        <w:rPr>
          <w:rFonts w:ascii="Verdana" w:hAnsi="Verdana"/>
          <w:lang w:val="es-CR"/>
        </w:rPr>
        <w:t>re-estatizar</w:t>
      </w:r>
      <w:proofErr w:type="spellEnd"/>
      <w:r w:rsidRPr="0080021A">
        <w:rPr>
          <w:rFonts w:ascii="Verdana" w:hAnsi="Verdana"/>
          <w:lang w:val="es-CR"/>
        </w:rPr>
        <w:t xml:space="preserve"> los sistemas eléctricos debido a los pésimos resultados de las privatizaciones, en Costa Rica se está impulsando el proyecto de ley de </w:t>
      </w:r>
      <w:r w:rsidRPr="0080021A">
        <w:rPr>
          <w:rFonts w:ascii="Verdana" w:hAnsi="Verdana"/>
          <w:lang w:val="es-CR"/>
        </w:rPr>
        <w:lastRenderedPageBreak/>
        <w:t>“armonización”, ignorando toda la evidencia disponible a partir de las experiencias internacionales. Inclusive, Costa Rica es reconocida a nivel mundial por poseer un modelo eléctrico altamente exitoso y ejemplar, con altos estándares de calidad, servicio al costo, acceso universal y soberanía energética. Desde luego que hay aspectos por mejorar, pero este proyecto de ley no atiende dichos aspectos sino que más bien vendría a destruir lo que sí funciona bien e imitar lo peor que se ha hecho en otros países.</w:t>
      </w:r>
    </w:p>
    <w:p w14:paraId="4F9740C8" w14:textId="77777777" w:rsidR="00D96A2B" w:rsidRPr="0080021A" w:rsidRDefault="00000000">
      <w:pPr>
        <w:spacing w:after="160"/>
        <w:rPr>
          <w:rFonts w:ascii="Verdana" w:hAnsi="Verdana"/>
          <w:lang w:val="es-CR"/>
        </w:rPr>
      </w:pPr>
      <w:r w:rsidRPr="0080021A">
        <w:rPr>
          <w:rFonts w:ascii="Verdana" w:hAnsi="Verdana"/>
          <w:lang w:val="es-CR"/>
        </w:rPr>
        <w:t>Como ciudadanía organizada, crítica y preocupada por el bienestar de nuestro país, les recordamos la enorme responsabilidad que tienen en sus manos. Una mala decisión puede provocar un daño enorme a la sociedad costarricense, el ambiente y las futuras generaciones, el cual luego resultaría muy difícil de revertir. Les recordamos también el compromiso que ustedes han asumido como bloque democrático legislativo en defensa del Estado Social de Derecho, el cual se encuentra más amenazado que nunca. Esperamos que cumplan con su palabra y que no traicionen al pueblo de Costa Rica, que ya tiene suficientes problemas como para meterse en uno más. Estaremos vigilantes y, si fuera el caso, listos/as para convocar grandes movilizaciones.</w:t>
      </w:r>
    </w:p>
    <w:p w14:paraId="789D13FE" w14:textId="77777777" w:rsidR="00D96A2B" w:rsidRPr="0080021A" w:rsidRDefault="00000000">
      <w:pPr>
        <w:spacing w:after="160"/>
        <w:rPr>
          <w:rFonts w:ascii="Verdana" w:hAnsi="Verdana"/>
          <w:lang w:val="es-CR"/>
        </w:rPr>
      </w:pPr>
      <w:r w:rsidRPr="0080021A">
        <w:rPr>
          <w:rFonts w:ascii="Verdana" w:hAnsi="Verdana"/>
          <w:lang w:val="es-CR"/>
        </w:rPr>
        <w:t>Atentamente.</w:t>
      </w:r>
    </w:p>
    <w:p w14:paraId="3D14E139" w14:textId="77777777" w:rsidR="00D96A2B" w:rsidRPr="0080021A" w:rsidRDefault="00000000">
      <w:pPr>
        <w:rPr>
          <w:rFonts w:ascii="Verdana" w:hAnsi="Verdana"/>
          <w:lang w:val="es-CR"/>
        </w:rPr>
      </w:pPr>
      <w:r w:rsidRPr="0080021A">
        <w:rPr>
          <w:rFonts w:ascii="Verdana" w:hAnsi="Verdana"/>
          <w:lang w:val="es-CR"/>
        </w:rPr>
        <w:br w:type="page"/>
      </w:r>
    </w:p>
    <w:p w14:paraId="5C5AD3E0" w14:textId="77777777" w:rsidR="00D96A2B" w:rsidRPr="0080021A" w:rsidRDefault="00000000">
      <w:pPr>
        <w:spacing w:after="40"/>
        <w:rPr>
          <w:rFonts w:ascii="Verdana" w:hAnsi="Verdana"/>
          <w:lang w:val="es-CR"/>
        </w:rPr>
      </w:pPr>
      <w:r w:rsidRPr="0080021A">
        <w:rPr>
          <w:rFonts w:ascii="Verdana" w:hAnsi="Verdana"/>
          <w:lang w:val="es-CR"/>
        </w:rPr>
        <w:lastRenderedPageBreak/>
        <w:t>Señor Diputado</w:t>
      </w:r>
    </w:p>
    <w:p w14:paraId="237F288B" w14:textId="77777777" w:rsidR="00D96A2B" w:rsidRPr="0080021A" w:rsidRDefault="00000000">
      <w:pPr>
        <w:spacing w:after="40"/>
        <w:rPr>
          <w:rFonts w:ascii="Verdana" w:hAnsi="Verdana"/>
          <w:lang w:val="es-CR"/>
        </w:rPr>
      </w:pPr>
      <w:r w:rsidRPr="0080021A">
        <w:rPr>
          <w:rFonts w:ascii="Verdana" w:hAnsi="Verdana"/>
          <w:b/>
          <w:lang w:val="es-CR"/>
        </w:rPr>
        <w:t>Marco Badilla - marco.badilla@asamblea.go.cr</w:t>
      </w:r>
    </w:p>
    <w:p w14:paraId="6043331D" w14:textId="77777777" w:rsidR="00D96A2B" w:rsidRPr="0080021A" w:rsidRDefault="00000000">
      <w:pPr>
        <w:spacing w:after="240"/>
        <w:rPr>
          <w:rFonts w:ascii="Verdana" w:hAnsi="Verdana"/>
          <w:lang w:val="es-CR"/>
        </w:rPr>
      </w:pPr>
      <w:r w:rsidRPr="0080021A">
        <w:rPr>
          <w:rFonts w:ascii="Verdana" w:hAnsi="Verdana"/>
          <w:lang w:val="es-CR"/>
        </w:rPr>
        <w:t>Asamblea Legislativa de la República de Costa Rica</w:t>
      </w:r>
    </w:p>
    <w:p w14:paraId="0D0CB87A" w14:textId="77777777" w:rsidR="00D96A2B" w:rsidRPr="0080021A" w:rsidRDefault="00000000">
      <w:pPr>
        <w:spacing w:after="240"/>
        <w:rPr>
          <w:rFonts w:ascii="Verdana" w:hAnsi="Verdana"/>
          <w:lang w:val="es-CR"/>
        </w:rPr>
      </w:pPr>
      <w:r w:rsidRPr="0080021A">
        <w:rPr>
          <w:rFonts w:ascii="Verdana" w:hAnsi="Verdana"/>
          <w:lang w:val="es-CR"/>
        </w:rPr>
        <w:t>Estimado señor diputado:</w:t>
      </w:r>
    </w:p>
    <w:p w14:paraId="3C0DEB19" w14:textId="77777777" w:rsidR="00D96A2B" w:rsidRPr="0080021A" w:rsidRDefault="00000000">
      <w:pPr>
        <w:spacing w:after="160"/>
        <w:rPr>
          <w:rFonts w:ascii="Verdana" w:hAnsi="Verdana"/>
          <w:lang w:val="es-CR"/>
        </w:rPr>
      </w:pPr>
      <w:r w:rsidRPr="0080021A">
        <w:rPr>
          <w:rFonts w:ascii="Verdana" w:hAnsi="Verdana"/>
          <w:lang w:val="es-CR"/>
        </w:rPr>
        <w:t>Reciba un cordial saludo.</w:t>
      </w:r>
    </w:p>
    <w:p w14:paraId="7D01028F" w14:textId="77777777" w:rsidR="00D96A2B" w:rsidRPr="0080021A" w:rsidRDefault="00000000">
      <w:pPr>
        <w:spacing w:after="160"/>
        <w:rPr>
          <w:rFonts w:ascii="Verdana" w:hAnsi="Verdana"/>
          <w:lang w:val="es-CR"/>
        </w:rPr>
      </w:pPr>
      <w:r w:rsidRPr="0080021A">
        <w:rPr>
          <w:rFonts w:ascii="Verdana" w:hAnsi="Verdana"/>
          <w:lang w:val="es-CR"/>
        </w:rPr>
        <w:t>Durante los últimos días ha circulado un rumor de que algunas personas diputadas del PLN habrían cambiado de posición y estarían votando a favor del mal llamado proyecto de Ley de Armonización Eléctrica en el segundo debate legislativo. Esta posibilidad ha encendido todas las alarmas en el movimiento social y en el pueblo de Costa Rica en general, pues, como ya se ha discutido ampliamente, este proyecto de ley es básicamente un nuevo intento de privatización y desmantelamiento del exitoso modelo eléctrico costarricense.</w:t>
      </w:r>
    </w:p>
    <w:p w14:paraId="2ACC180B" w14:textId="77777777" w:rsidR="00D96A2B" w:rsidRPr="0080021A" w:rsidRDefault="00000000">
      <w:pPr>
        <w:spacing w:after="160"/>
        <w:rPr>
          <w:rFonts w:ascii="Verdana" w:hAnsi="Verdana"/>
          <w:lang w:val="es-CR"/>
        </w:rPr>
      </w:pPr>
      <w:r w:rsidRPr="0080021A">
        <w:rPr>
          <w:rFonts w:ascii="Verdana" w:hAnsi="Verdana"/>
          <w:lang w:val="es-CR"/>
        </w:rPr>
        <w:t>Este proyecto de ley no tiene nada de novedoso; representa un caso más de la vieja receta privatizadora de los años 1990, que alrededor del mundo ha tenido consecuencias nefastas sobre la gestión de los sistemas eléctricos. Amplia evidencia y datos dan cuenta de los resultados desastrosos de este tipo de políticas, por ejemplo, fuertes aumentos en tarifas eléctricas residenciales y de pequeños comercios, deterioro en la calidad de los sistemas eléctricos (que se expresa en apagones, fluctuaciones y mayor inestabilidad de la corriente) y una captura corporativa de los espacios de toma de decisión en el sector eléctrico, dominados por puertas giratorias y conflictos de intereses. En fin, se trata de un proyecto de ley intencionado para que grandes actores económicos se apropien de un patrimonio socialmente construido durante décadas y monten un millonario negocio privado, del cual el pueblo de Costa Rica no recibiría beneficio alguno.</w:t>
      </w:r>
    </w:p>
    <w:p w14:paraId="72C32DA4" w14:textId="77777777" w:rsidR="00D96A2B" w:rsidRPr="0080021A" w:rsidRDefault="00000000">
      <w:pPr>
        <w:spacing w:after="160"/>
        <w:rPr>
          <w:rFonts w:ascii="Verdana" w:hAnsi="Verdana"/>
          <w:lang w:val="es-CR"/>
        </w:rPr>
      </w:pPr>
      <w:r w:rsidRPr="0080021A">
        <w:rPr>
          <w:rFonts w:ascii="Verdana" w:hAnsi="Verdana"/>
          <w:lang w:val="es-CR"/>
        </w:rPr>
        <w:t>La posibilidad de que algunas personas diputadas del PLN apoyen este proyecto de ley también preocupa mucho por lo que esto significa en la actual coyuntura política nacional. Estamos atravesando uno de los momentos más críticos en la historia reciente del país, con un gobierno – y su respectiva fracción legislativa – que han dado claras señales de autoritarismo y total falta de respeto por los principios democráticos más básicos, como lo es la división de poderes. Ni hablar de las evidencias cada vez mayores que vinculan a este partido político con estructuras del crimen organizado y grandes esquemas de corrupción e impunidad. Apoyar el proyecto de ley de “armonización” eléctrica es apoyar un proyecto político de mayor alcance, el cual amenaza con destruir la democracia costarricense y los principios básicos de convivencia social.</w:t>
      </w:r>
    </w:p>
    <w:p w14:paraId="44BAF001" w14:textId="77777777" w:rsidR="00D96A2B" w:rsidRPr="0080021A" w:rsidRDefault="00000000">
      <w:pPr>
        <w:spacing w:after="160"/>
        <w:rPr>
          <w:rFonts w:ascii="Verdana" w:hAnsi="Verdana"/>
          <w:lang w:val="es-CR"/>
        </w:rPr>
      </w:pPr>
      <w:r w:rsidRPr="0080021A">
        <w:rPr>
          <w:rFonts w:ascii="Verdana" w:hAnsi="Verdana"/>
          <w:lang w:val="es-CR"/>
        </w:rPr>
        <w:t xml:space="preserve">Mientras en otros países del mundo se está discutiendo seriamente la necesidad de </w:t>
      </w:r>
      <w:proofErr w:type="spellStart"/>
      <w:r w:rsidRPr="0080021A">
        <w:rPr>
          <w:rFonts w:ascii="Verdana" w:hAnsi="Verdana"/>
          <w:lang w:val="es-CR"/>
        </w:rPr>
        <w:t>re-estatizar</w:t>
      </w:r>
      <w:proofErr w:type="spellEnd"/>
      <w:r w:rsidRPr="0080021A">
        <w:rPr>
          <w:rFonts w:ascii="Verdana" w:hAnsi="Verdana"/>
          <w:lang w:val="es-CR"/>
        </w:rPr>
        <w:t xml:space="preserve"> los sistemas eléctricos debido a los pésimos resultados de las privatizaciones, en Costa Rica se está impulsando el proyecto de ley de </w:t>
      </w:r>
      <w:r w:rsidRPr="0080021A">
        <w:rPr>
          <w:rFonts w:ascii="Verdana" w:hAnsi="Verdana"/>
          <w:lang w:val="es-CR"/>
        </w:rPr>
        <w:lastRenderedPageBreak/>
        <w:t>“armonización”, ignorando toda la evidencia disponible a partir de las experiencias internacionales. Inclusive, Costa Rica es reconocida a nivel mundial por poseer un modelo eléctrico altamente exitoso y ejemplar, con altos estándares de calidad, servicio al costo, acceso universal y soberanía energética. Desde luego que hay aspectos por mejorar, pero este proyecto de ley no atiende dichos aspectos sino que más bien vendría a destruir lo que sí funciona bien e imitar lo peor que se ha hecho en otros países.</w:t>
      </w:r>
    </w:p>
    <w:p w14:paraId="529620EB" w14:textId="77777777" w:rsidR="00D96A2B" w:rsidRPr="0080021A" w:rsidRDefault="00000000">
      <w:pPr>
        <w:spacing w:after="160"/>
        <w:rPr>
          <w:rFonts w:ascii="Verdana" w:hAnsi="Verdana"/>
          <w:lang w:val="es-CR"/>
        </w:rPr>
      </w:pPr>
      <w:r w:rsidRPr="0080021A">
        <w:rPr>
          <w:rFonts w:ascii="Verdana" w:hAnsi="Verdana"/>
          <w:lang w:val="es-CR"/>
        </w:rPr>
        <w:t>Como ciudadanía organizada, crítica y preocupada por el bienestar de nuestro país, les recordamos la enorme responsabilidad que tienen en sus manos. Una mala decisión puede provocar un daño enorme a la sociedad costarricense, el ambiente y las futuras generaciones, el cual luego resultaría muy difícil de revertir. Les recordamos también el compromiso que ustedes han asumido como bloque democrático legislativo en defensa del Estado Social de Derecho, el cual se encuentra más amenazado que nunca. Esperamos que cumplan con su palabra y que no traicionen al pueblo de Costa Rica, que ya tiene suficientes problemas como para meterse en uno más. Estaremos vigilantes y, si fuera el caso, listos/as para convocar grandes movilizaciones.</w:t>
      </w:r>
    </w:p>
    <w:p w14:paraId="6479A6F1" w14:textId="77777777" w:rsidR="00D96A2B" w:rsidRPr="0080021A" w:rsidRDefault="00000000">
      <w:pPr>
        <w:spacing w:after="160"/>
        <w:rPr>
          <w:rFonts w:ascii="Verdana" w:hAnsi="Verdana"/>
          <w:lang w:val="es-CR"/>
        </w:rPr>
      </w:pPr>
      <w:r w:rsidRPr="0080021A">
        <w:rPr>
          <w:rFonts w:ascii="Verdana" w:hAnsi="Verdana"/>
          <w:lang w:val="es-CR"/>
        </w:rPr>
        <w:t>Atentamente.</w:t>
      </w:r>
    </w:p>
    <w:p w14:paraId="2A066802" w14:textId="77777777" w:rsidR="00D96A2B" w:rsidRPr="0080021A" w:rsidRDefault="00000000">
      <w:pPr>
        <w:rPr>
          <w:rFonts w:ascii="Verdana" w:hAnsi="Verdana"/>
          <w:lang w:val="es-CR"/>
        </w:rPr>
      </w:pPr>
      <w:r w:rsidRPr="0080021A">
        <w:rPr>
          <w:rFonts w:ascii="Verdana" w:hAnsi="Verdana"/>
          <w:lang w:val="es-CR"/>
        </w:rPr>
        <w:br w:type="page"/>
      </w:r>
    </w:p>
    <w:p w14:paraId="1A026A43" w14:textId="77777777" w:rsidR="00D96A2B" w:rsidRPr="0080021A" w:rsidRDefault="00000000">
      <w:pPr>
        <w:spacing w:after="40"/>
        <w:rPr>
          <w:rFonts w:ascii="Verdana" w:hAnsi="Verdana"/>
          <w:lang w:val="es-CR"/>
        </w:rPr>
      </w:pPr>
      <w:r w:rsidRPr="0080021A">
        <w:rPr>
          <w:rFonts w:ascii="Verdana" w:hAnsi="Verdana"/>
          <w:lang w:val="es-CR"/>
        </w:rPr>
        <w:lastRenderedPageBreak/>
        <w:t>Señora Diputada</w:t>
      </w:r>
    </w:p>
    <w:p w14:paraId="69B344D5" w14:textId="77777777" w:rsidR="00D96A2B" w:rsidRPr="0080021A" w:rsidRDefault="00000000">
      <w:pPr>
        <w:spacing w:after="40"/>
        <w:rPr>
          <w:rFonts w:ascii="Verdana" w:hAnsi="Verdana"/>
          <w:lang w:val="es-CR"/>
        </w:rPr>
      </w:pPr>
      <w:proofErr w:type="spellStart"/>
      <w:r w:rsidRPr="0080021A">
        <w:rPr>
          <w:rFonts w:ascii="Verdana" w:hAnsi="Verdana"/>
          <w:b/>
          <w:lang w:val="es-CR"/>
        </w:rPr>
        <w:t>Norjelens</w:t>
      </w:r>
      <w:proofErr w:type="spellEnd"/>
      <w:r w:rsidRPr="0080021A">
        <w:rPr>
          <w:rFonts w:ascii="Verdana" w:hAnsi="Verdana"/>
          <w:b/>
          <w:lang w:val="es-CR"/>
        </w:rPr>
        <w:t xml:space="preserve"> Lobo - norjelens.lobo@asamblea.go.cr</w:t>
      </w:r>
    </w:p>
    <w:p w14:paraId="1D649DEF" w14:textId="77777777" w:rsidR="00D96A2B" w:rsidRPr="0080021A" w:rsidRDefault="00000000">
      <w:pPr>
        <w:spacing w:after="240"/>
        <w:rPr>
          <w:rFonts w:ascii="Verdana" w:hAnsi="Verdana"/>
          <w:lang w:val="es-CR"/>
        </w:rPr>
      </w:pPr>
      <w:r w:rsidRPr="0080021A">
        <w:rPr>
          <w:rFonts w:ascii="Verdana" w:hAnsi="Verdana"/>
          <w:lang w:val="es-CR"/>
        </w:rPr>
        <w:t>Asamblea Legislativa de la República de Costa Rica</w:t>
      </w:r>
    </w:p>
    <w:p w14:paraId="380BABA6" w14:textId="77777777" w:rsidR="00D96A2B" w:rsidRPr="0080021A" w:rsidRDefault="00000000">
      <w:pPr>
        <w:spacing w:after="240"/>
        <w:rPr>
          <w:rFonts w:ascii="Verdana" w:hAnsi="Verdana"/>
          <w:lang w:val="es-CR"/>
        </w:rPr>
      </w:pPr>
      <w:r w:rsidRPr="0080021A">
        <w:rPr>
          <w:rFonts w:ascii="Verdana" w:hAnsi="Verdana"/>
          <w:lang w:val="es-CR"/>
        </w:rPr>
        <w:t>Estimada señora diputada:</w:t>
      </w:r>
    </w:p>
    <w:p w14:paraId="32C4C045" w14:textId="77777777" w:rsidR="00D96A2B" w:rsidRPr="0080021A" w:rsidRDefault="00000000">
      <w:pPr>
        <w:spacing w:after="160"/>
        <w:rPr>
          <w:rFonts w:ascii="Verdana" w:hAnsi="Verdana"/>
          <w:lang w:val="es-CR"/>
        </w:rPr>
      </w:pPr>
      <w:r w:rsidRPr="0080021A">
        <w:rPr>
          <w:rFonts w:ascii="Verdana" w:hAnsi="Verdana"/>
          <w:lang w:val="es-CR"/>
        </w:rPr>
        <w:t>Reciba un cordial saludo.</w:t>
      </w:r>
    </w:p>
    <w:p w14:paraId="4110DD0D" w14:textId="77777777" w:rsidR="00D96A2B" w:rsidRPr="0080021A" w:rsidRDefault="00000000">
      <w:pPr>
        <w:spacing w:after="160"/>
        <w:rPr>
          <w:rFonts w:ascii="Verdana" w:hAnsi="Verdana"/>
          <w:lang w:val="es-CR"/>
        </w:rPr>
      </w:pPr>
      <w:r w:rsidRPr="0080021A">
        <w:rPr>
          <w:rFonts w:ascii="Verdana" w:hAnsi="Verdana"/>
          <w:lang w:val="es-CR"/>
        </w:rPr>
        <w:t>Durante los últimos días ha circulado un rumor de que algunas personas diputadas del PLN habrían cambiado de posición y estarían votando a favor del mal llamado proyecto de Ley de Armonización Eléctrica en el segundo debate legislativo. Esta posibilidad ha encendido todas las alarmas en el movimiento social y en el pueblo de Costa Rica en general, pues, como ya se ha discutido ampliamente, este proyecto de ley es básicamente un nuevo intento de privatización y desmantelamiento del exitoso modelo eléctrico costarricense.</w:t>
      </w:r>
    </w:p>
    <w:p w14:paraId="3EFD083A" w14:textId="77777777" w:rsidR="00D96A2B" w:rsidRPr="0080021A" w:rsidRDefault="00000000">
      <w:pPr>
        <w:spacing w:after="160"/>
        <w:rPr>
          <w:rFonts w:ascii="Verdana" w:hAnsi="Verdana"/>
          <w:lang w:val="es-CR"/>
        </w:rPr>
      </w:pPr>
      <w:r w:rsidRPr="0080021A">
        <w:rPr>
          <w:rFonts w:ascii="Verdana" w:hAnsi="Verdana"/>
          <w:lang w:val="es-CR"/>
        </w:rPr>
        <w:t>Este proyecto de ley no tiene nada de novedoso; representa un caso más de la vieja receta privatizadora de los años 1990, que alrededor del mundo ha tenido consecuencias nefastas sobre la gestión de los sistemas eléctricos. Amplia evidencia y datos dan cuenta de los resultados desastrosos de este tipo de políticas, por ejemplo, fuertes aumentos en tarifas eléctricas residenciales y de pequeños comercios, deterioro en la calidad de los sistemas eléctricos (que se expresa en apagones, fluctuaciones y mayor inestabilidad de la corriente) y una captura corporativa de los espacios de toma de decisión en el sector eléctrico, dominados por puertas giratorias y conflictos de intereses. En fin, se trata de un proyecto de ley intencionado para que grandes actores económicos se apropien de un patrimonio socialmente construido durante décadas y monten un millonario negocio privado, del cual el pueblo de Costa Rica no recibiría beneficio alguno.</w:t>
      </w:r>
    </w:p>
    <w:p w14:paraId="0C315E02" w14:textId="77777777" w:rsidR="00D96A2B" w:rsidRPr="0080021A" w:rsidRDefault="00000000">
      <w:pPr>
        <w:spacing w:after="160"/>
        <w:rPr>
          <w:rFonts w:ascii="Verdana" w:hAnsi="Verdana"/>
          <w:lang w:val="es-CR"/>
        </w:rPr>
      </w:pPr>
      <w:r w:rsidRPr="0080021A">
        <w:rPr>
          <w:rFonts w:ascii="Verdana" w:hAnsi="Verdana"/>
          <w:lang w:val="es-CR"/>
        </w:rPr>
        <w:t>La posibilidad de que algunas personas diputadas del PLN apoyen este proyecto de ley también preocupa mucho por lo que esto significa en la actual coyuntura política nacional. Estamos atravesando uno de los momentos más críticos en la historia reciente del país, con un gobierno – y su respectiva fracción legislativa – que han dado claras señales de autoritarismo y total falta de respeto por los principios democráticos más básicos, como lo es la división de poderes. Ni hablar de las evidencias cada vez mayores que vinculan a este partido político con estructuras del crimen organizado y grandes esquemas de corrupción e impunidad. Apoyar el proyecto de ley de “armonización” eléctrica es apoyar un proyecto político de mayor alcance, el cual amenaza con destruir la democracia costarricense y los principios básicos de convivencia social.</w:t>
      </w:r>
    </w:p>
    <w:p w14:paraId="5CF02A66" w14:textId="77777777" w:rsidR="00D96A2B" w:rsidRPr="0080021A" w:rsidRDefault="00000000">
      <w:pPr>
        <w:spacing w:after="160"/>
        <w:rPr>
          <w:rFonts w:ascii="Verdana" w:hAnsi="Verdana"/>
          <w:lang w:val="es-CR"/>
        </w:rPr>
      </w:pPr>
      <w:r w:rsidRPr="0080021A">
        <w:rPr>
          <w:rFonts w:ascii="Verdana" w:hAnsi="Verdana"/>
          <w:lang w:val="es-CR"/>
        </w:rPr>
        <w:t xml:space="preserve">Mientras en otros países del mundo se está discutiendo seriamente la necesidad de </w:t>
      </w:r>
      <w:proofErr w:type="spellStart"/>
      <w:r w:rsidRPr="0080021A">
        <w:rPr>
          <w:rFonts w:ascii="Verdana" w:hAnsi="Verdana"/>
          <w:lang w:val="es-CR"/>
        </w:rPr>
        <w:t>re-estatizar</w:t>
      </w:r>
      <w:proofErr w:type="spellEnd"/>
      <w:r w:rsidRPr="0080021A">
        <w:rPr>
          <w:rFonts w:ascii="Verdana" w:hAnsi="Verdana"/>
          <w:lang w:val="es-CR"/>
        </w:rPr>
        <w:t xml:space="preserve"> los sistemas eléctricos debido a los pésimos resultados de las privatizaciones, en Costa Rica se está impulsando el proyecto de ley de </w:t>
      </w:r>
      <w:r w:rsidRPr="0080021A">
        <w:rPr>
          <w:rFonts w:ascii="Verdana" w:hAnsi="Verdana"/>
          <w:lang w:val="es-CR"/>
        </w:rPr>
        <w:lastRenderedPageBreak/>
        <w:t>“armonización”, ignorando toda la evidencia disponible a partir de las experiencias internacionales. Inclusive, Costa Rica es reconocida a nivel mundial por poseer un modelo eléctrico altamente exitoso y ejemplar, con altos estándares de calidad, servicio al costo, acceso universal y soberanía energética. Desde luego que hay aspectos por mejorar, pero este proyecto de ley no atiende dichos aspectos sino que más bien vendría a destruir lo que sí funciona bien e imitar lo peor que se ha hecho en otros países.</w:t>
      </w:r>
    </w:p>
    <w:p w14:paraId="04976353" w14:textId="77777777" w:rsidR="00D96A2B" w:rsidRPr="0080021A" w:rsidRDefault="00000000">
      <w:pPr>
        <w:spacing w:after="160"/>
        <w:rPr>
          <w:rFonts w:ascii="Verdana" w:hAnsi="Verdana"/>
          <w:lang w:val="es-CR"/>
        </w:rPr>
      </w:pPr>
      <w:r w:rsidRPr="0080021A">
        <w:rPr>
          <w:rFonts w:ascii="Verdana" w:hAnsi="Verdana"/>
          <w:lang w:val="es-CR"/>
        </w:rPr>
        <w:t>Como ciudadanía organizada, crítica y preocupada por el bienestar de nuestro país, les recordamos la enorme responsabilidad que tienen en sus manos. Una mala decisión puede provocar un daño enorme a la sociedad costarricense, el ambiente y las futuras generaciones, el cual luego resultaría muy difícil de revertir. Les recordamos también el compromiso que ustedes han asumido como bloque democrático legislativo en defensa del Estado Social de Derecho, el cual se encuentra más amenazado que nunca. Esperamos que cumplan con su palabra y que no traicionen al pueblo de Costa Rica, que ya tiene suficientes problemas como para meterse en uno más. Estaremos vigilantes y, si fuera el caso, listos/as para convocar grandes movilizaciones.</w:t>
      </w:r>
    </w:p>
    <w:p w14:paraId="3ECA1994" w14:textId="77777777" w:rsidR="00D96A2B" w:rsidRPr="0080021A" w:rsidRDefault="00000000">
      <w:pPr>
        <w:spacing w:after="160"/>
        <w:rPr>
          <w:rFonts w:ascii="Verdana" w:hAnsi="Verdana"/>
          <w:lang w:val="es-CR"/>
        </w:rPr>
      </w:pPr>
      <w:r w:rsidRPr="0080021A">
        <w:rPr>
          <w:rFonts w:ascii="Verdana" w:hAnsi="Verdana"/>
          <w:lang w:val="es-CR"/>
        </w:rPr>
        <w:t>Atentamente.</w:t>
      </w:r>
    </w:p>
    <w:p w14:paraId="6A4425F8" w14:textId="77777777" w:rsidR="00D96A2B" w:rsidRPr="0080021A" w:rsidRDefault="00000000">
      <w:pPr>
        <w:rPr>
          <w:rFonts w:ascii="Verdana" w:hAnsi="Verdana"/>
          <w:lang w:val="es-CR"/>
        </w:rPr>
      </w:pPr>
      <w:r w:rsidRPr="0080021A">
        <w:rPr>
          <w:rFonts w:ascii="Verdana" w:hAnsi="Verdana"/>
          <w:lang w:val="es-CR"/>
        </w:rPr>
        <w:br w:type="page"/>
      </w:r>
    </w:p>
    <w:p w14:paraId="09B8E067" w14:textId="77777777" w:rsidR="00D96A2B" w:rsidRPr="0080021A" w:rsidRDefault="00000000">
      <w:pPr>
        <w:spacing w:after="40"/>
        <w:rPr>
          <w:rFonts w:ascii="Verdana" w:hAnsi="Verdana"/>
          <w:lang w:val="es-CR"/>
        </w:rPr>
      </w:pPr>
      <w:r w:rsidRPr="0080021A">
        <w:rPr>
          <w:rFonts w:ascii="Verdana" w:hAnsi="Verdana"/>
          <w:lang w:val="es-CR"/>
        </w:rPr>
        <w:lastRenderedPageBreak/>
        <w:t>Señor Diputado</w:t>
      </w:r>
    </w:p>
    <w:p w14:paraId="148590E9" w14:textId="77777777" w:rsidR="00D96A2B" w:rsidRPr="0080021A" w:rsidRDefault="00000000">
      <w:pPr>
        <w:spacing w:after="40"/>
        <w:rPr>
          <w:rFonts w:ascii="Verdana" w:hAnsi="Verdana"/>
          <w:lang w:val="es-CR"/>
        </w:rPr>
      </w:pPr>
      <w:r w:rsidRPr="0080021A">
        <w:rPr>
          <w:rFonts w:ascii="Verdana" w:hAnsi="Verdana"/>
          <w:b/>
          <w:lang w:val="es-CR"/>
        </w:rPr>
        <w:t>Rafael Vargas - rafael.vargasb@asamblea.go.cr</w:t>
      </w:r>
    </w:p>
    <w:p w14:paraId="6314E4AD" w14:textId="77777777" w:rsidR="00D96A2B" w:rsidRPr="0080021A" w:rsidRDefault="00000000">
      <w:pPr>
        <w:spacing w:after="240"/>
        <w:rPr>
          <w:rFonts w:ascii="Verdana" w:hAnsi="Verdana"/>
          <w:lang w:val="es-CR"/>
        </w:rPr>
      </w:pPr>
      <w:r w:rsidRPr="0080021A">
        <w:rPr>
          <w:rFonts w:ascii="Verdana" w:hAnsi="Verdana"/>
          <w:lang w:val="es-CR"/>
        </w:rPr>
        <w:t>Asamblea Legislativa de la República de Costa Rica</w:t>
      </w:r>
    </w:p>
    <w:p w14:paraId="3395BD3B" w14:textId="77777777" w:rsidR="00D96A2B" w:rsidRPr="0080021A" w:rsidRDefault="00000000">
      <w:pPr>
        <w:spacing w:after="240"/>
        <w:rPr>
          <w:rFonts w:ascii="Verdana" w:hAnsi="Verdana"/>
          <w:lang w:val="es-CR"/>
        </w:rPr>
      </w:pPr>
      <w:r w:rsidRPr="0080021A">
        <w:rPr>
          <w:rFonts w:ascii="Verdana" w:hAnsi="Verdana"/>
          <w:lang w:val="es-CR"/>
        </w:rPr>
        <w:t>Estimado señor diputado:</w:t>
      </w:r>
    </w:p>
    <w:p w14:paraId="128947FE" w14:textId="77777777" w:rsidR="00D96A2B" w:rsidRPr="0080021A" w:rsidRDefault="00000000">
      <w:pPr>
        <w:spacing w:after="160"/>
        <w:rPr>
          <w:rFonts w:ascii="Verdana" w:hAnsi="Verdana"/>
          <w:lang w:val="es-CR"/>
        </w:rPr>
      </w:pPr>
      <w:r w:rsidRPr="0080021A">
        <w:rPr>
          <w:rFonts w:ascii="Verdana" w:hAnsi="Verdana"/>
          <w:lang w:val="es-CR"/>
        </w:rPr>
        <w:t>Reciba un cordial saludo.</w:t>
      </w:r>
    </w:p>
    <w:p w14:paraId="379BA0A8" w14:textId="77777777" w:rsidR="00D96A2B" w:rsidRPr="0080021A" w:rsidRDefault="00000000">
      <w:pPr>
        <w:spacing w:after="160"/>
        <w:rPr>
          <w:rFonts w:ascii="Verdana" w:hAnsi="Verdana"/>
          <w:lang w:val="es-CR"/>
        </w:rPr>
      </w:pPr>
      <w:r w:rsidRPr="0080021A">
        <w:rPr>
          <w:rFonts w:ascii="Verdana" w:hAnsi="Verdana"/>
          <w:lang w:val="es-CR"/>
        </w:rPr>
        <w:t>Durante los últimos días ha circulado un rumor de que algunas personas diputadas del PLN habrían cambiado de posición y estarían votando a favor del mal llamado proyecto de Ley de Armonización Eléctrica en el segundo debate legislativo. Esta posibilidad ha encendido todas las alarmas en el movimiento social y en el pueblo de Costa Rica en general, pues, como ya se ha discutido ampliamente, este proyecto de ley es básicamente un nuevo intento de privatización y desmantelamiento del exitoso modelo eléctrico costarricense.</w:t>
      </w:r>
    </w:p>
    <w:p w14:paraId="686F2E83" w14:textId="77777777" w:rsidR="00D96A2B" w:rsidRPr="0080021A" w:rsidRDefault="00000000">
      <w:pPr>
        <w:spacing w:after="160"/>
        <w:rPr>
          <w:rFonts w:ascii="Verdana" w:hAnsi="Verdana"/>
          <w:lang w:val="es-CR"/>
        </w:rPr>
      </w:pPr>
      <w:r w:rsidRPr="0080021A">
        <w:rPr>
          <w:rFonts w:ascii="Verdana" w:hAnsi="Verdana"/>
          <w:lang w:val="es-CR"/>
        </w:rPr>
        <w:t>Este proyecto de ley no tiene nada de novedoso; representa un caso más de la vieja receta privatizadora de los años 1990, que alrededor del mundo ha tenido consecuencias nefastas sobre la gestión de los sistemas eléctricos. Amplia evidencia y datos dan cuenta de los resultados desastrosos de este tipo de políticas, por ejemplo, fuertes aumentos en tarifas eléctricas residenciales y de pequeños comercios, deterioro en la calidad de los sistemas eléctricos (que se expresa en apagones, fluctuaciones y mayor inestabilidad de la corriente) y una captura corporativa de los espacios de toma de decisión en el sector eléctrico, dominados por puertas giratorias y conflictos de intereses. En fin, se trata de un proyecto de ley intencionado para que grandes actores económicos se apropien de un patrimonio socialmente construido durante décadas y monten un millonario negocio privado, del cual el pueblo de Costa Rica no recibiría beneficio alguno.</w:t>
      </w:r>
    </w:p>
    <w:p w14:paraId="0C583D7F" w14:textId="77777777" w:rsidR="00D96A2B" w:rsidRPr="0080021A" w:rsidRDefault="00000000">
      <w:pPr>
        <w:spacing w:after="160"/>
        <w:rPr>
          <w:rFonts w:ascii="Verdana" w:hAnsi="Verdana"/>
          <w:lang w:val="es-CR"/>
        </w:rPr>
      </w:pPr>
      <w:r w:rsidRPr="0080021A">
        <w:rPr>
          <w:rFonts w:ascii="Verdana" w:hAnsi="Verdana"/>
          <w:lang w:val="es-CR"/>
        </w:rPr>
        <w:t>La posibilidad de que algunas personas diputadas del PLN apoyen este proyecto de ley también preocupa mucho por lo que esto significa en la actual coyuntura política nacional. Estamos atravesando uno de los momentos más críticos en la historia reciente del país, con un gobierno – y su respectiva fracción legislativa – que han dado claras señales de autoritarismo y total falta de respeto por los principios democráticos más básicos, como lo es la división de poderes. Ni hablar de las evidencias cada vez mayores que vinculan a este partido político con estructuras del crimen organizado y grandes esquemas de corrupción e impunidad. Apoyar el proyecto de ley de “armonización” eléctrica es apoyar un proyecto político de mayor alcance, el cual amenaza con destruir la democracia costarricense y los principios básicos de convivencia social.</w:t>
      </w:r>
    </w:p>
    <w:p w14:paraId="303BE5D0" w14:textId="77777777" w:rsidR="00D96A2B" w:rsidRPr="0080021A" w:rsidRDefault="00000000">
      <w:pPr>
        <w:spacing w:after="160"/>
        <w:rPr>
          <w:rFonts w:ascii="Verdana" w:hAnsi="Verdana"/>
          <w:lang w:val="es-CR"/>
        </w:rPr>
      </w:pPr>
      <w:r w:rsidRPr="0080021A">
        <w:rPr>
          <w:rFonts w:ascii="Verdana" w:hAnsi="Verdana"/>
          <w:lang w:val="es-CR"/>
        </w:rPr>
        <w:t xml:space="preserve">Mientras en otros países del mundo se está discutiendo seriamente la necesidad de </w:t>
      </w:r>
      <w:proofErr w:type="spellStart"/>
      <w:r w:rsidRPr="0080021A">
        <w:rPr>
          <w:rFonts w:ascii="Verdana" w:hAnsi="Verdana"/>
          <w:lang w:val="es-CR"/>
        </w:rPr>
        <w:t>re-estatizar</w:t>
      </w:r>
      <w:proofErr w:type="spellEnd"/>
      <w:r w:rsidRPr="0080021A">
        <w:rPr>
          <w:rFonts w:ascii="Verdana" w:hAnsi="Verdana"/>
          <w:lang w:val="es-CR"/>
        </w:rPr>
        <w:t xml:space="preserve"> los sistemas eléctricos debido a los pésimos resultados de las privatizaciones, en Costa Rica se está impulsando el proyecto de ley de </w:t>
      </w:r>
      <w:r w:rsidRPr="0080021A">
        <w:rPr>
          <w:rFonts w:ascii="Verdana" w:hAnsi="Verdana"/>
          <w:lang w:val="es-CR"/>
        </w:rPr>
        <w:lastRenderedPageBreak/>
        <w:t>“armonización”, ignorando toda la evidencia disponible a partir de las experiencias internacionales. Inclusive, Costa Rica es reconocida a nivel mundial por poseer un modelo eléctrico altamente exitoso y ejemplar, con altos estándares de calidad, servicio al costo, acceso universal y soberanía energética. Desde luego que hay aspectos por mejorar, pero este proyecto de ley no atiende dichos aspectos sino que más bien vendría a destruir lo que sí funciona bien e imitar lo peor que se ha hecho en otros países.</w:t>
      </w:r>
    </w:p>
    <w:p w14:paraId="04EC2AA4" w14:textId="77777777" w:rsidR="00D96A2B" w:rsidRPr="0080021A" w:rsidRDefault="00000000">
      <w:pPr>
        <w:spacing w:after="160"/>
        <w:rPr>
          <w:rFonts w:ascii="Verdana" w:hAnsi="Verdana"/>
          <w:lang w:val="es-CR"/>
        </w:rPr>
      </w:pPr>
      <w:r w:rsidRPr="0080021A">
        <w:rPr>
          <w:rFonts w:ascii="Verdana" w:hAnsi="Verdana"/>
          <w:lang w:val="es-CR"/>
        </w:rPr>
        <w:t>Como ciudadanía organizada, crítica y preocupada por el bienestar de nuestro país, les recordamos la enorme responsabilidad que tienen en sus manos. Una mala decisión puede provocar un daño enorme a la sociedad costarricense, el ambiente y las futuras generaciones, el cual luego resultaría muy difícil de revertir. Les recordamos también el compromiso que ustedes han asumido como bloque democrático legislativo en defensa del Estado Social de Derecho, el cual se encuentra más amenazado que nunca. Esperamos que cumplan con su palabra y que no traicionen al pueblo de Costa Rica, que ya tiene suficientes problemas como para meterse en uno más. Estaremos vigilantes y, si fuera el caso, listos/as para convocar grandes movilizaciones.</w:t>
      </w:r>
    </w:p>
    <w:p w14:paraId="732C9364" w14:textId="77777777" w:rsidR="00D96A2B" w:rsidRPr="0080021A" w:rsidRDefault="00000000">
      <w:pPr>
        <w:spacing w:after="160"/>
        <w:rPr>
          <w:rFonts w:ascii="Verdana" w:hAnsi="Verdana"/>
          <w:lang w:val="es-CR"/>
        </w:rPr>
      </w:pPr>
      <w:r w:rsidRPr="0080021A">
        <w:rPr>
          <w:rFonts w:ascii="Verdana" w:hAnsi="Verdana"/>
          <w:lang w:val="es-CR"/>
        </w:rPr>
        <w:t>Atentamente.</w:t>
      </w:r>
    </w:p>
    <w:p w14:paraId="101F5DEA" w14:textId="77777777" w:rsidR="00D96A2B" w:rsidRPr="0080021A" w:rsidRDefault="00000000">
      <w:pPr>
        <w:rPr>
          <w:rFonts w:ascii="Verdana" w:hAnsi="Verdana"/>
          <w:lang w:val="es-CR"/>
        </w:rPr>
      </w:pPr>
      <w:r w:rsidRPr="0080021A">
        <w:rPr>
          <w:rFonts w:ascii="Verdana" w:hAnsi="Verdana"/>
          <w:lang w:val="es-CR"/>
        </w:rPr>
        <w:br w:type="page"/>
      </w:r>
    </w:p>
    <w:p w14:paraId="312A493C" w14:textId="77777777" w:rsidR="00D96A2B" w:rsidRPr="0080021A" w:rsidRDefault="00000000">
      <w:pPr>
        <w:spacing w:after="40"/>
        <w:rPr>
          <w:rFonts w:ascii="Verdana" w:hAnsi="Verdana"/>
          <w:lang w:val="es-CR"/>
        </w:rPr>
      </w:pPr>
      <w:r w:rsidRPr="0080021A">
        <w:rPr>
          <w:rFonts w:ascii="Verdana" w:hAnsi="Verdana"/>
          <w:lang w:val="es-CR"/>
        </w:rPr>
        <w:lastRenderedPageBreak/>
        <w:t>Señor Diputado</w:t>
      </w:r>
    </w:p>
    <w:p w14:paraId="3E48403D" w14:textId="77777777" w:rsidR="00D96A2B" w:rsidRPr="0080021A" w:rsidRDefault="00000000">
      <w:pPr>
        <w:spacing w:after="40"/>
        <w:rPr>
          <w:rFonts w:ascii="Verdana" w:hAnsi="Verdana"/>
          <w:lang w:val="es-CR"/>
        </w:rPr>
      </w:pPr>
      <w:r w:rsidRPr="0080021A">
        <w:rPr>
          <w:rFonts w:ascii="Verdana" w:hAnsi="Verdana"/>
          <w:b/>
          <w:lang w:val="es-CR"/>
        </w:rPr>
        <w:t>Ronald Campos - ronald.campos@asamblea.go.cr</w:t>
      </w:r>
    </w:p>
    <w:p w14:paraId="74D53BE6" w14:textId="77777777" w:rsidR="00D96A2B" w:rsidRPr="0080021A" w:rsidRDefault="00000000">
      <w:pPr>
        <w:spacing w:after="240"/>
        <w:rPr>
          <w:rFonts w:ascii="Verdana" w:hAnsi="Verdana"/>
          <w:lang w:val="es-CR"/>
        </w:rPr>
      </w:pPr>
      <w:r w:rsidRPr="0080021A">
        <w:rPr>
          <w:rFonts w:ascii="Verdana" w:hAnsi="Verdana"/>
          <w:lang w:val="es-CR"/>
        </w:rPr>
        <w:t>Asamblea Legislativa de la República de Costa Rica</w:t>
      </w:r>
    </w:p>
    <w:p w14:paraId="3367DB4B" w14:textId="77777777" w:rsidR="00D96A2B" w:rsidRPr="0080021A" w:rsidRDefault="00000000">
      <w:pPr>
        <w:spacing w:after="240"/>
        <w:rPr>
          <w:rFonts w:ascii="Verdana" w:hAnsi="Verdana"/>
          <w:lang w:val="es-CR"/>
        </w:rPr>
      </w:pPr>
      <w:r w:rsidRPr="0080021A">
        <w:rPr>
          <w:rFonts w:ascii="Verdana" w:hAnsi="Verdana"/>
          <w:lang w:val="es-CR"/>
        </w:rPr>
        <w:t>Estimado señor diputado:</w:t>
      </w:r>
    </w:p>
    <w:p w14:paraId="3254A616" w14:textId="77777777" w:rsidR="00D96A2B" w:rsidRPr="0080021A" w:rsidRDefault="00000000">
      <w:pPr>
        <w:spacing w:after="160"/>
        <w:rPr>
          <w:rFonts w:ascii="Verdana" w:hAnsi="Verdana"/>
          <w:lang w:val="es-CR"/>
        </w:rPr>
      </w:pPr>
      <w:r w:rsidRPr="0080021A">
        <w:rPr>
          <w:rFonts w:ascii="Verdana" w:hAnsi="Verdana"/>
          <w:lang w:val="es-CR"/>
        </w:rPr>
        <w:t>Reciba un cordial saludo.</w:t>
      </w:r>
    </w:p>
    <w:p w14:paraId="74746BA9" w14:textId="77777777" w:rsidR="00D96A2B" w:rsidRPr="0080021A" w:rsidRDefault="00000000">
      <w:pPr>
        <w:spacing w:after="160"/>
        <w:rPr>
          <w:rFonts w:ascii="Verdana" w:hAnsi="Verdana"/>
          <w:lang w:val="es-CR"/>
        </w:rPr>
      </w:pPr>
      <w:r w:rsidRPr="0080021A">
        <w:rPr>
          <w:rFonts w:ascii="Verdana" w:hAnsi="Verdana"/>
          <w:lang w:val="es-CR"/>
        </w:rPr>
        <w:t>Durante los últimos días ha circulado un rumor de que algunas personas diputadas del PLN habrían cambiado de posición y estarían votando a favor del mal llamado proyecto de Ley de Armonización Eléctrica en el segundo debate legislativo. Esta posibilidad ha encendido todas las alarmas en el movimiento social y en el pueblo de Costa Rica en general, pues, como ya se ha discutido ampliamente, este proyecto de ley es básicamente un nuevo intento de privatización y desmantelamiento del exitoso modelo eléctrico costarricense.</w:t>
      </w:r>
    </w:p>
    <w:p w14:paraId="31533226" w14:textId="77777777" w:rsidR="00D96A2B" w:rsidRPr="0080021A" w:rsidRDefault="00000000">
      <w:pPr>
        <w:spacing w:after="160"/>
        <w:rPr>
          <w:rFonts w:ascii="Verdana" w:hAnsi="Verdana"/>
          <w:lang w:val="es-CR"/>
        </w:rPr>
      </w:pPr>
      <w:r w:rsidRPr="0080021A">
        <w:rPr>
          <w:rFonts w:ascii="Verdana" w:hAnsi="Verdana"/>
          <w:lang w:val="es-CR"/>
        </w:rPr>
        <w:t>Este proyecto de ley no tiene nada de novedoso; representa un caso más de la vieja receta privatizadora de los años 1990, que alrededor del mundo ha tenido consecuencias nefastas sobre la gestión de los sistemas eléctricos. Amplia evidencia y datos dan cuenta de los resultados desastrosos de este tipo de políticas, por ejemplo, fuertes aumentos en tarifas eléctricas residenciales y de pequeños comercios, deterioro en la calidad de los sistemas eléctricos (que se expresa en apagones, fluctuaciones y mayor inestabilidad de la corriente) y una captura corporativa de los espacios de toma de decisión en el sector eléctrico, dominados por puertas giratorias y conflictos de intereses. En fin, se trata de un proyecto de ley intencionado para que grandes actores económicos se apropien de un patrimonio socialmente construido durante décadas y monten un millonario negocio privado, del cual el pueblo de Costa Rica no recibiría beneficio alguno.</w:t>
      </w:r>
    </w:p>
    <w:p w14:paraId="5FB7AA1A" w14:textId="77777777" w:rsidR="00D96A2B" w:rsidRPr="0080021A" w:rsidRDefault="00000000">
      <w:pPr>
        <w:spacing w:after="160"/>
        <w:rPr>
          <w:rFonts w:ascii="Verdana" w:hAnsi="Verdana"/>
          <w:lang w:val="es-CR"/>
        </w:rPr>
      </w:pPr>
      <w:r w:rsidRPr="0080021A">
        <w:rPr>
          <w:rFonts w:ascii="Verdana" w:hAnsi="Verdana"/>
          <w:lang w:val="es-CR"/>
        </w:rPr>
        <w:t>La posibilidad de que algunas personas diputadas del PLN apoyen este proyecto de ley también preocupa mucho por lo que esto significa en la actual coyuntura política nacional. Estamos atravesando uno de los momentos más críticos en la historia reciente del país, con un gobierno – y su respectiva fracción legislativa – que han dado claras señales de autoritarismo y total falta de respeto por los principios democráticos más básicos, como lo es la división de poderes. Ni hablar de las evidencias cada vez mayores que vinculan a este partido político con estructuras del crimen organizado y grandes esquemas de corrupción e impunidad. Apoyar el proyecto de ley de “armonización” eléctrica es apoyar un proyecto político de mayor alcance, el cual amenaza con destruir la democracia costarricense y los principios básicos de convivencia social.</w:t>
      </w:r>
    </w:p>
    <w:p w14:paraId="2405A088" w14:textId="77777777" w:rsidR="00D96A2B" w:rsidRPr="0080021A" w:rsidRDefault="00000000">
      <w:pPr>
        <w:spacing w:after="160"/>
        <w:rPr>
          <w:rFonts w:ascii="Verdana" w:hAnsi="Verdana"/>
          <w:lang w:val="es-CR"/>
        </w:rPr>
      </w:pPr>
      <w:r w:rsidRPr="0080021A">
        <w:rPr>
          <w:rFonts w:ascii="Verdana" w:hAnsi="Verdana"/>
          <w:lang w:val="es-CR"/>
        </w:rPr>
        <w:t xml:space="preserve">Mientras en otros países del mundo se está discutiendo seriamente la necesidad de </w:t>
      </w:r>
      <w:proofErr w:type="spellStart"/>
      <w:r w:rsidRPr="0080021A">
        <w:rPr>
          <w:rFonts w:ascii="Verdana" w:hAnsi="Verdana"/>
          <w:lang w:val="es-CR"/>
        </w:rPr>
        <w:t>re-estatizar</w:t>
      </w:r>
      <w:proofErr w:type="spellEnd"/>
      <w:r w:rsidRPr="0080021A">
        <w:rPr>
          <w:rFonts w:ascii="Verdana" w:hAnsi="Verdana"/>
          <w:lang w:val="es-CR"/>
        </w:rPr>
        <w:t xml:space="preserve"> los sistemas eléctricos debido a los pésimos resultados de las privatizaciones, en Costa Rica se está impulsando el proyecto de ley de </w:t>
      </w:r>
      <w:r w:rsidRPr="0080021A">
        <w:rPr>
          <w:rFonts w:ascii="Verdana" w:hAnsi="Verdana"/>
          <w:lang w:val="es-CR"/>
        </w:rPr>
        <w:lastRenderedPageBreak/>
        <w:t>“armonización”, ignorando toda la evidencia disponible a partir de las experiencias internacionales. Inclusive, Costa Rica es reconocida a nivel mundial por poseer un modelo eléctrico altamente exitoso y ejemplar, con altos estándares de calidad, servicio al costo, acceso universal y soberanía energética. Desde luego que hay aspectos por mejorar, pero este proyecto de ley no atiende dichos aspectos sino que más bien vendría a destruir lo que sí funciona bien e imitar lo peor que se ha hecho en otros países.</w:t>
      </w:r>
    </w:p>
    <w:p w14:paraId="06EC4944" w14:textId="77777777" w:rsidR="00D96A2B" w:rsidRPr="0080021A" w:rsidRDefault="00000000">
      <w:pPr>
        <w:spacing w:after="160"/>
        <w:rPr>
          <w:rFonts w:ascii="Verdana" w:hAnsi="Verdana"/>
          <w:lang w:val="es-CR"/>
        </w:rPr>
      </w:pPr>
      <w:r w:rsidRPr="0080021A">
        <w:rPr>
          <w:rFonts w:ascii="Verdana" w:hAnsi="Verdana"/>
          <w:lang w:val="es-CR"/>
        </w:rPr>
        <w:t>Como ciudadanía organizada, crítica y preocupada por el bienestar de nuestro país, les recordamos la enorme responsabilidad que tienen en sus manos. Una mala decisión puede provocar un daño enorme a la sociedad costarricense, el ambiente y las futuras generaciones, el cual luego resultaría muy difícil de revertir. Les recordamos también el compromiso que ustedes han asumido como bloque democrático legislativo en defensa del Estado Social de Derecho, el cual se encuentra más amenazado que nunca. Esperamos que cumplan con su palabra y que no traicionen al pueblo de Costa Rica, que ya tiene suficientes problemas como para meterse en uno más. Estaremos vigilantes y, si fuera el caso, listos/as para convocar grandes movilizaciones.</w:t>
      </w:r>
    </w:p>
    <w:p w14:paraId="31C37099" w14:textId="77777777" w:rsidR="00D96A2B" w:rsidRPr="0080021A" w:rsidRDefault="00000000">
      <w:pPr>
        <w:spacing w:after="160"/>
        <w:rPr>
          <w:rFonts w:ascii="Verdana" w:hAnsi="Verdana"/>
          <w:lang w:val="es-CR"/>
        </w:rPr>
      </w:pPr>
      <w:r w:rsidRPr="0080021A">
        <w:rPr>
          <w:rFonts w:ascii="Verdana" w:hAnsi="Verdana"/>
          <w:lang w:val="es-CR"/>
        </w:rPr>
        <w:t>Atentamente.</w:t>
      </w:r>
    </w:p>
    <w:p w14:paraId="31C36E95" w14:textId="77777777" w:rsidR="00D96A2B" w:rsidRPr="0080021A" w:rsidRDefault="00000000">
      <w:pPr>
        <w:rPr>
          <w:rFonts w:ascii="Verdana" w:hAnsi="Verdana"/>
          <w:lang w:val="es-CR"/>
        </w:rPr>
      </w:pPr>
      <w:r w:rsidRPr="0080021A">
        <w:rPr>
          <w:rFonts w:ascii="Verdana" w:hAnsi="Verdana"/>
          <w:lang w:val="es-CR"/>
        </w:rPr>
        <w:br w:type="page"/>
      </w:r>
    </w:p>
    <w:p w14:paraId="0B8FA73A" w14:textId="77777777" w:rsidR="00D96A2B" w:rsidRPr="0080021A" w:rsidRDefault="00000000">
      <w:pPr>
        <w:spacing w:after="40"/>
        <w:rPr>
          <w:rFonts w:ascii="Verdana" w:hAnsi="Verdana"/>
          <w:lang w:val="es-CR"/>
        </w:rPr>
      </w:pPr>
      <w:r w:rsidRPr="0080021A">
        <w:rPr>
          <w:rFonts w:ascii="Verdana" w:hAnsi="Verdana"/>
          <w:lang w:val="es-CR"/>
        </w:rPr>
        <w:lastRenderedPageBreak/>
        <w:t>Señor Diputado</w:t>
      </w:r>
    </w:p>
    <w:p w14:paraId="210F0AC1" w14:textId="77777777" w:rsidR="00D96A2B" w:rsidRPr="0080021A" w:rsidRDefault="00000000">
      <w:pPr>
        <w:spacing w:after="40"/>
        <w:rPr>
          <w:rFonts w:ascii="Verdana" w:hAnsi="Verdana"/>
          <w:lang w:val="es-CR"/>
        </w:rPr>
      </w:pPr>
      <w:r w:rsidRPr="0080021A">
        <w:rPr>
          <w:rFonts w:ascii="Verdana" w:hAnsi="Verdana"/>
          <w:b/>
          <w:lang w:val="es-CR"/>
        </w:rPr>
        <w:t>Salvador Padilla - salvador.padilla@asamblea.go.cr</w:t>
      </w:r>
    </w:p>
    <w:p w14:paraId="591C47CF" w14:textId="77777777" w:rsidR="00D96A2B" w:rsidRPr="0080021A" w:rsidRDefault="00000000">
      <w:pPr>
        <w:spacing w:after="240"/>
        <w:rPr>
          <w:rFonts w:ascii="Verdana" w:hAnsi="Verdana"/>
          <w:lang w:val="es-CR"/>
        </w:rPr>
      </w:pPr>
      <w:r w:rsidRPr="0080021A">
        <w:rPr>
          <w:rFonts w:ascii="Verdana" w:hAnsi="Verdana"/>
          <w:lang w:val="es-CR"/>
        </w:rPr>
        <w:t>Asamblea Legislativa de la República de Costa Rica</w:t>
      </w:r>
    </w:p>
    <w:p w14:paraId="2CFBA4CB" w14:textId="77777777" w:rsidR="00D96A2B" w:rsidRPr="0080021A" w:rsidRDefault="00000000">
      <w:pPr>
        <w:spacing w:after="240"/>
        <w:rPr>
          <w:rFonts w:ascii="Verdana" w:hAnsi="Verdana"/>
          <w:lang w:val="es-CR"/>
        </w:rPr>
      </w:pPr>
      <w:r w:rsidRPr="0080021A">
        <w:rPr>
          <w:rFonts w:ascii="Verdana" w:hAnsi="Verdana"/>
          <w:lang w:val="es-CR"/>
        </w:rPr>
        <w:t>Estimado señor diputado:</w:t>
      </w:r>
    </w:p>
    <w:p w14:paraId="4CEDDC5B" w14:textId="77777777" w:rsidR="00D96A2B" w:rsidRPr="0080021A" w:rsidRDefault="00000000">
      <w:pPr>
        <w:spacing w:after="160"/>
        <w:rPr>
          <w:rFonts w:ascii="Verdana" w:hAnsi="Verdana"/>
          <w:lang w:val="es-CR"/>
        </w:rPr>
      </w:pPr>
      <w:r w:rsidRPr="0080021A">
        <w:rPr>
          <w:rFonts w:ascii="Verdana" w:hAnsi="Verdana"/>
          <w:lang w:val="es-CR"/>
        </w:rPr>
        <w:t>Reciba un cordial saludo.</w:t>
      </w:r>
    </w:p>
    <w:p w14:paraId="5C2B7C61" w14:textId="77777777" w:rsidR="00D96A2B" w:rsidRPr="0080021A" w:rsidRDefault="00000000">
      <w:pPr>
        <w:spacing w:after="160"/>
        <w:rPr>
          <w:rFonts w:ascii="Verdana" w:hAnsi="Verdana"/>
          <w:lang w:val="es-CR"/>
        </w:rPr>
      </w:pPr>
      <w:r w:rsidRPr="0080021A">
        <w:rPr>
          <w:rFonts w:ascii="Verdana" w:hAnsi="Verdana"/>
          <w:lang w:val="es-CR"/>
        </w:rPr>
        <w:t>Durante los últimos días ha circulado un rumor de que algunas personas diputadas del PLN habrían cambiado de posición y estarían votando a favor del mal llamado proyecto de Ley de Armonización Eléctrica en el segundo debate legislativo. Esta posibilidad ha encendido todas las alarmas en el movimiento social y en el pueblo de Costa Rica en general, pues, como ya se ha discutido ampliamente, este proyecto de ley es básicamente un nuevo intento de privatización y desmantelamiento del exitoso modelo eléctrico costarricense.</w:t>
      </w:r>
    </w:p>
    <w:p w14:paraId="0B4F6F9B" w14:textId="77777777" w:rsidR="00D96A2B" w:rsidRPr="0080021A" w:rsidRDefault="00000000">
      <w:pPr>
        <w:spacing w:after="160"/>
        <w:rPr>
          <w:rFonts w:ascii="Verdana" w:hAnsi="Verdana"/>
          <w:lang w:val="es-CR"/>
        </w:rPr>
      </w:pPr>
      <w:r w:rsidRPr="0080021A">
        <w:rPr>
          <w:rFonts w:ascii="Verdana" w:hAnsi="Verdana"/>
          <w:lang w:val="es-CR"/>
        </w:rPr>
        <w:t>Este proyecto de ley no tiene nada de novedoso; representa un caso más de la vieja receta privatizadora de los años 1990, que alrededor del mundo ha tenido consecuencias nefastas sobre la gestión de los sistemas eléctricos. Amplia evidencia y datos dan cuenta de los resultados desastrosos de este tipo de políticas, por ejemplo, fuertes aumentos en tarifas eléctricas residenciales y de pequeños comercios, deterioro en la calidad de los sistemas eléctricos (que se expresa en apagones, fluctuaciones y mayor inestabilidad de la corriente) y una captura corporativa de los espacios de toma de decisión en el sector eléctrico, dominados por puertas giratorias y conflictos de intereses. En fin, se trata de un proyecto de ley intencionado para que grandes actores económicos se apropien de un patrimonio socialmente construido durante décadas y monten un millonario negocio privado, del cual el pueblo de Costa Rica no recibiría beneficio alguno.</w:t>
      </w:r>
    </w:p>
    <w:p w14:paraId="01794309" w14:textId="77777777" w:rsidR="00D96A2B" w:rsidRPr="0080021A" w:rsidRDefault="00000000">
      <w:pPr>
        <w:spacing w:after="160"/>
        <w:rPr>
          <w:rFonts w:ascii="Verdana" w:hAnsi="Verdana"/>
          <w:lang w:val="es-CR"/>
        </w:rPr>
      </w:pPr>
      <w:r w:rsidRPr="0080021A">
        <w:rPr>
          <w:rFonts w:ascii="Verdana" w:hAnsi="Verdana"/>
          <w:lang w:val="es-CR"/>
        </w:rPr>
        <w:t>La posibilidad de que algunas personas diputadas del PLN apoyen este proyecto de ley también preocupa mucho por lo que esto significa en la actual coyuntura política nacional. Estamos atravesando uno de los momentos más críticos en la historia reciente del país, con un gobierno – y su respectiva fracción legislativa – que han dado claras señales de autoritarismo y total falta de respeto por los principios democráticos más básicos, como lo es la división de poderes. Ni hablar de las evidencias cada vez mayores que vinculan a este partido político con estructuras del crimen organizado y grandes esquemas de corrupción e impunidad. Apoyar el proyecto de ley de “armonización” eléctrica es apoyar un proyecto político de mayor alcance, el cual amenaza con destruir la democracia costarricense y los principios básicos de convivencia social.</w:t>
      </w:r>
    </w:p>
    <w:p w14:paraId="240D6CD0" w14:textId="77777777" w:rsidR="00D96A2B" w:rsidRPr="0080021A" w:rsidRDefault="00000000">
      <w:pPr>
        <w:spacing w:after="160"/>
        <w:rPr>
          <w:rFonts w:ascii="Verdana" w:hAnsi="Verdana"/>
          <w:lang w:val="es-CR"/>
        </w:rPr>
      </w:pPr>
      <w:r w:rsidRPr="0080021A">
        <w:rPr>
          <w:rFonts w:ascii="Verdana" w:hAnsi="Verdana"/>
          <w:lang w:val="es-CR"/>
        </w:rPr>
        <w:t xml:space="preserve">Mientras en otros países del mundo se está discutiendo seriamente la necesidad de </w:t>
      </w:r>
      <w:proofErr w:type="spellStart"/>
      <w:r w:rsidRPr="0080021A">
        <w:rPr>
          <w:rFonts w:ascii="Verdana" w:hAnsi="Verdana"/>
          <w:lang w:val="es-CR"/>
        </w:rPr>
        <w:t>re-estatizar</w:t>
      </w:r>
      <w:proofErr w:type="spellEnd"/>
      <w:r w:rsidRPr="0080021A">
        <w:rPr>
          <w:rFonts w:ascii="Verdana" w:hAnsi="Verdana"/>
          <w:lang w:val="es-CR"/>
        </w:rPr>
        <w:t xml:space="preserve"> los sistemas eléctricos debido a los pésimos resultados de las privatizaciones, en Costa Rica se está impulsando el proyecto de ley de </w:t>
      </w:r>
      <w:r w:rsidRPr="0080021A">
        <w:rPr>
          <w:rFonts w:ascii="Verdana" w:hAnsi="Verdana"/>
          <w:lang w:val="es-CR"/>
        </w:rPr>
        <w:lastRenderedPageBreak/>
        <w:t>“armonización”, ignorando toda la evidencia disponible a partir de las experiencias internacionales. Inclusive, Costa Rica es reconocida a nivel mundial por poseer un modelo eléctrico altamente exitoso y ejemplar, con altos estándares de calidad, servicio al costo, acceso universal y soberanía energética. Desde luego que hay aspectos por mejorar, pero este proyecto de ley no atiende dichos aspectos sino que más bien vendría a destruir lo que sí funciona bien e imitar lo peor que se ha hecho en otros países.</w:t>
      </w:r>
    </w:p>
    <w:p w14:paraId="3214386A" w14:textId="77777777" w:rsidR="00D96A2B" w:rsidRPr="0080021A" w:rsidRDefault="00000000">
      <w:pPr>
        <w:spacing w:after="160"/>
        <w:rPr>
          <w:rFonts w:ascii="Verdana" w:hAnsi="Verdana"/>
          <w:lang w:val="es-CR"/>
        </w:rPr>
      </w:pPr>
      <w:r w:rsidRPr="0080021A">
        <w:rPr>
          <w:rFonts w:ascii="Verdana" w:hAnsi="Verdana"/>
          <w:lang w:val="es-CR"/>
        </w:rPr>
        <w:t>Como ciudadanía organizada, crítica y preocupada por el bienestar de nuestro país, les recordamos la enorme responsabilidad que tienen en sus manos. Una mala decisión puede provocar un daño enorme a la sociedad costarricense, el ambiente y las futuras generaciones, el cual luego resultaría muy difícil de revertir. Les recordamos también el compromiso que ustedes han asumido como bloque democrático legislativo en defensa del Estado Social de Derecho, el cual se encuentra más amenazado que nunca. Esperamos que cumplan con su palabra y que no traicionen al pueblo de Costa Rica, que ya tiene suficientes problemas como para meterse en uno más. Estaremos vigilantes y, si fuera el caso, listos/as para convocar grandes movilizaciones.</w:t>
      </w:r>
    </w:p>
    <w:p w14:paraId="4CC4F91C" w14:textId="77777777" w:rsidR="00D96A2B" w:rsidRPr="0080021A" w:rsidRDefault="00000000">
      <w:pPr>
        <w:spacing w:after="160"/>
        <w:rPr>
          <w:rFonts w:ascii="Verdana" w:hAnsi="Verdana"/>
          <w:lang w:val="es-CR"/>
        </w:rPr>
      </w:pPr>
      <w:r w:rsidRPr="0080021A">
        <w:rPr>
          <w:rFonts w:ascii="Verdana" w:hAnsi="Verdana"/>
          <w:lang w:val="es-CR"/>
        </w:rPr>
        <w:t>Atentamente.</w:t>
      </w:r>
    </w:p>
    <w:p w14:paraId="3B958B04" w14:textId="77777777" w:rsidR="00D96A2B" w:rsidRPr="0080021A" w:rsidRDefault="00000000">
      <w:pPr>
        <w:rPr>
          <w:rFonts w:ascii="Verdana" w:hAnsi="Verdana"/>
          <w:lang w:val="es-CR"/>
        </w:rPr>
      </w:pPr>
      <w:r w:rsidRPr="0080021A">
        <w:rPr>
          <w:rFonts w:ascii="Verdana" w:hAnsi="Verdana"/>
          <w:lang w:val="es-CR"/>
        </w:rPr>
        <w:br w:type="page"/>
      </w:r>
    </w:p>
    <w:p w14:paraId="1EFCFF06" w14:textId="77777777" w:rsidR="00D96A2B" w:rsidRPr="0080021A" w:rsidRDefault="00000000">
      <w:pPr>
        <w:spacing w:after="40"/>
        <w:rPr>
          <w:rFonts w:ascii="Verdana" w:hAnsi="Verdana"/>
          <w:lang w:val="es-CR"/>
        </w:rPr>
      </w:pPr>
      <w:r w:rsidRPr="0080021A">
        <w:rPr>
          <w:rFonts w:ascii="Verdana" w:hAnsi="Verdana"/>
          <w:lang w:val="es-CR"/>
        </w:rPr>
        <w:lastRenderedPageBreak/>
        <w:t>Señor Diputado</w:t>
      </w:r>
    </w:p>
    <w:p w14:paraId="6AD03E60" w14:textId="77777777" w:rsidR="00D96A2B" w:rsidRPr="0080021A" w:rsidRDefault="00000000">
      <w:pPr>
        <w:spacing w:after="40"/>
        <w:rPr>
          <w:rFonts w:ascii="Verdana" w:hAnsi="Verdana"/>
          <w:lang w:val="es-CR"/>
        </w:rPr>
      </w:pPr>
      <w:r w:rsidRPr="0080021A">
        <w:rPr>
          <w:rFonts w:ascii="Verdana" w:hAnsi="Verdana"/>
          <w:b/>
          <w:lang w:val="es-CR"/>
        </w:rPr>
        <w:t>Victor Hidalgo - victor.hidalgo@asamblea.go.cr</w:t>
      </w:r>
    </w:p>
    <w:p w14:paraId="51F5E7BA" w14:textId="77777777" w:rsidR="00D96A2B" w:rsidRPr="0080021A" w:rsidRDefault="00000000">
      <w:pPr>
        <w:spacing w:after="240"/>
        <w:rPr>
          <w:rFonts w:ascii="Verdana" w:hAnsi="Verdana"/>
          <w:lang w:val="es-CR"/>
        </w:rPr>
      </w:pPr>
      <w:r w:rsidRPr="0080021A">
        <w:rPr>
          <w:rFonts w:ascii="Verdana" w:hAnsi="Verdana"/>
          <w:lang w:val="es-CR"/>
        </w:rPr>
        <w:t>Asamblea Legislativa de la República de Costa Rica</w:t>
      </w:r>
    </w:p>
    <w:p w14:paraId="61C7B857" w14:textId="77777777" w:rsidR="00D96A2B" w:rsidRPr="0080021A" w:rsidRDefault="00000000">
      <w:pPr>
        <w:spacing w:after="240"/>
        <w:rPr>
          <w:rFonts w:ascii="Verdana" w:hAnsi="Verdana"/>
          <w:lang w:val="es-CR"/>
        </w:rPr>
      </w:pPr>
      <w:r w:rsidRPr="0080021A">
        <w:rPr>
          <w:rFonts w:ascii="Verdana" w:hAnsi="Verdana"/>
          <w:lang w:val="es-CR"/>
        </w:rPr>
        <w:t>Estimado señor diputado:</w:t>
      </w:r>
    </w:p>
    <w:p w14:paraId="45F7BF6A" w14:textId="77777777" w:rsidR="00D96A2B" w:rsidRPr="0080021A" w:rsidRDefault="00000000">
      <w:pPr>
        <w:spacing w:after="160"/>
        <w:rPr>
          <w:rFonts w:ascii="Verdana" w:hAnsi="Verdana"/>
          <w:lang w:val="es-CR"/>
        </w:rPr>
      </w:pPr>
      <w:r w:rsidRPr="0080021A">
        <w:rPr>
          <w:rFonts w:ascii="Verdana" w:hAnsi="Verdana"/>
          <w:lang w:val="es-CR"/>
        </w:rPr>
        <w:t>Reciba un cordial saludo.</w:t>
      </w:r>
    </w:p>
    <w:p w14:paraId="4C772F3B" w14:textId="77777777" w:rsidR="00D96A2B" w:rsidRPr="0080021A" w:rsidRDefault="00000000">
      <w:pPr>
        <w:spacing w:after="160"/>
        <w:rPr>
          <w:rFonts w:ascii="Verdana" w:hAnsi="Verdana"/>
          <w:lang w:val="es-CR"/>
        </w:rPr>
      </w:pPr>
      <w:r w:rsidRPr="0080021A">
        <w:rPr>
          <w:rFonts w:ascii="Verdana" w:hAnsi="Verdana"/>
          <w:lang w:val="es-CR"/>
        </w:rPr>
        <w:t>Durante los últimos días ha circulado un rumor de que algunas personas diputadas del PLN habrían cambiado de posición y estarían votando a favor del mal llamado proyecto de Ley de Armonización Eléctrica en el segundo debate legislativo. Esta posibilidad ha encendido todas las alarmas en el movimiento social y en el pueblo de Costa Rica en general, pues, como ya se ha discutido ampliamente, este proyecto de ley es básicamente un nuevo intento de privatización y desmantelamiento del exitoso modelo eléctrico costarricense.</w:t>
      </w:r>
    </w:p>
    <w:p w14:paraId="135BCF97" w14:textId="77777777" w:rsidR="00D96A2B" w:rsidRPr="0080021A" w:rsidRDefault="00000000">
      <w:pPr>
        <w:spacing w:after="160"/>
        <w:rPr>
          <w:rFonts w:ascii="Verdana" w:hAnsi="Verdana"/>
          <w:lang w:val="es-CR"/>
        </w:rPr>
      </w:pPr>
      <w:r w:rsidRPr="0080021A">
        <w:rPr>
          <w:rFonts w:ascii="Verdana" w:hAnsi="Verdana"/>
          <w:lang w:val="es-CR"/>
        </w:rPr>
        <w:t>Este proyecto de ley no tiene nada de novedoso; representa un caso más de la vieja receta privatizadora de los años 1990, que alrededor del mundo ha tenido consecuencias nefastas sobre la gestión de los sistemas eléctricos. Amplia evidencia y datos dan cuenta de los resultados desastrosos de este tipo de políticas, por ejemplo, fuertes aumentos en tarifas eléctricas residenciales y de pequeños comercios, deterioro en la calidad de los sistemas eléctricos (que se expresa en apagones, fluctuaciones y mayor inestabilidad de la corriente) y una captura corporativa de los espacios de toma de decisión en el sector eléctrico, dominados por puertas giratorias y conflictos de intereses. En fin, se trata de un proyecto de ley intencionado para que grandes actores económicos se apropien de un patrimonio socialmente construido durante décadas y monten un millonario negocio privado, del cual el pueblo de Costa Rica no recibiría beneficio alguno.</w:t>
      </w:r>
    </w:p>
    <w:p w14:paraId="44378F93" w14:textId="77777777" w:rsidR="00D96A2B" w:rsidRPr="0080021A" w:rsidRDefault="00000000">
      <w:pPr>
        <w:spacing w:after="160"/>
        <w:rPr>
          <w:rFonts w:ascii="Verdana" w:hAnsi="Verdana"/>
          <w:lang w:val="es-CR"/>
        </w:rPr>
      </w:pPr>
      <w:r w:rsidRPr="0080021A">
        <w:rPr>
          <w:rFonts w:ascii="Verdana" w:hAnsi="Verdana"/>
          <w:lang w:val="es-CR"/>
        </w:rPr>
        <w:t>La posibilidad de que algunas personas diputadas del PLN apoyen este proyecto de ley también preocupa mucho por lo que esto significa en la actual coyuntura política nacional. Estamos atravesando uno de los momentos más críticos en la historia reciente del país, con un gobierno – y su respectiva fracción legislativa – que han dado claras señales de autoritarismo y total falta de respeto por los principios democráticos más básicos, como lo es la división de poderes. Ni hablar de las evidencias cada vez mayores que vinculan a este partido político con estructuras del crimen organizado y grandes esquemas de corrupción e impunidad. Apoyar el proyecto de ley de “armonización” eléctrica es apoyar un proyecto político de mayor alcance, el cual amenaza con destruir la democracia costarricense y los principios básicos de convivencia social.</w:t>
      </w:r>
    </w:p>
    <w:p w14:paraId="228BCB54" w14:textId="77777777" w:rsidR="00D96A2B" w:rsidRPr="0080021A" w:rsidRDefault="00000000">
      <w:pPr>
        <w:spacing w:after="160"/>
        <w:rPr>
          <w:rFonts w:ascii="Verdana" w:hAnsi="Verdana"/>
          <w:lang w:val="es-CR"/>
        </w:rPr>
      </w:pPr>
      <w:r w:rsidRPr="0080021A">
        <w:rPr>
          <w:rFonts w:ascii="Verdana" w:hAnsi="Verdana"/>
          <w:lang w:val="es-CR"/>
        </w:rPr>
        <w:t xml:space="preserve">Mientras en otros países del mundo se está discutiendo seriamente la necesidad de </w:t>
      </w:r>
      <w:proofErr w:type="spellStart"/>
      <w:r w:rsidRPr="0080021A">
        <w:rPr>
          <w:rFonts w:ascii="Verdana" w:hAnsi="Verdana"/>
          <w:lang w:val="es-CR"/>
        </w:rPr>
        <w:t>re-estatizar</w:t>
      </w:r>
      <w:proofErr w:type="spellEnd"/>
      <w:r w:rsidRPr="0080021A">
        <w:rPr>
          <w:rFonts w:ascii="Verdana" w:hAnsi="Verdana"/>
          <w:lang w:val="es-CR"/>
        </w:rPr>
        <w:t xml:space="preserve"> los sistemas eléctricos debido a los pésimos resultados de las privatizaciones, en Costa Rica se está impulsando el proyecto de ley de </w:t>
      </w:r>
      <w:r w:rsidRPr="0080021A">
        <w:rPr>
          <w:rFonts w:ascii="Verdana" w:hAnsi="Verdana"/>
          <w:lang w:val="es-CR"/>
        </w:rPr>
        <w:lastRenderedPageBreak/>
        <w:t>“armonización”, ignorando toda la evidencia disponible a partir de las experiencias internacionales. Inclusive, Costa Rica es reconocida a nivel mundial por poseer un modelo eléctrico altamente exitoso y ejemplar, con altos estándares de calidad, servicio al costo, acceso universal y soberanía energética. Desde luego que hay aspectos por mejorar, pero este proyecto de ley no atiende dichos aspectos sino que más bien vendría a destruir lo que sí funciona bien e imitar lo peor que se ha hecho en otros países.</w:t>
      </w:r>
    </w:p>
    <w:p w14:paraId="68040F95" w14:textId="77777777" w:rsidR="00D96A2B" w:rsidRPr="0080021A" w:rsidRDefault="00000000">
      <w:pPr>
        <w:spacing w:after="160"/>
        <w:rPr>
          <w:rFonts w:ascii="Verdana" w:hAnsi="Verdana"/>
          <w:lang w:val="es-CR"/>
        </w:rPr>
      </w:pPr>
      <w:r w:rsidRPr="0080021A">
        <w:rPr>
          <w:rFonts w:ascii="Verdana" w:hAnsi="Verdana"/>
          <w:lang w:val="es-CR"/>
        </w:rPr>
        <w:t>Como ciudadanía organizada, crítica y preocupada por el bienestar de nuestro país, les recordamos la enorme responsabilidad que tienen en sus manos. Una mala decisión puede provocar un daño enorme a la sociedad costarricense, el ambiente y las futuras generaciones, el cual luego resultaría muy difícil de revertir. Les recordamos también el compromiso que ustedes han asumido como bloque democrático legislativo en defensa del Estado Social de Derecho, el cual se encuentra más amenazado que nunca. Esperamos que cumplan con su palabra y que no traicionen al pueblo de Costa Rica, que ya tiene suficientes problemas como para meterse en uno más. Estaremos vigilantes y, si fuera el caso, listos/as para convocar grandes movilizaciones.</w:t>
      </w:r>
    </w:p>
    <w:p w14:paraId="7ED6BE90" w14:textId="77777777" w:rsidR="00D96A2B" w:rsidRPr="0080021A" w:rsidRDefault="00000000">
      <w:pPr>
        <w:spacing w:after="160"/>
        <w:rPr>
          <w:rFonts w:ascii="Verdana" w:hAnsi="Verdana"/>
          <w:lang w:val="es-CR"/>
        </w:rPr>
      </w:pPr>
      <w:r w:rsidRPr="0080021A">
        <w:rPr>
          <w:rFonts w:ascii="Verdana" w:hAnsi="Verdana"/>
          <w:lang w:val="es-CR"/>
        </w:rPr>
        <w:t>Atentamente.</w:t>
      </w:r>
    </w:p>
    <w:p w14:paraId="0F5988AF" w14:textId="031309DA" w:rsidR="00D96A2B" w:rsidRPr="0080021A" w:rsidRDefault="00D96A2B">
      <w:pPr>
        <w:rPr>
          <w:rFonts w:ascii="Verdana" w:hAnsi="Verdana"/>
          <w:lang w:val="es-CR"/>
        </w:rPr>
      </w:pPr>
    </w:p>
    <w:sectPr w:rsidR="00D96A2B" w:rsidRPr="0080021A"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376242965">
    <w:abstractNumId w:val="8"/>
  </w:num>
  <w:num w:numId="2" w16cid:durableId="787817991">
    <w:abstractNumId w:val="6"/>
  </w:num>
  <w:num w:numId="3" w16cid:durableId="1040398776">
    <w:abstractNumId w:val="5"/>
  </w:num>
  <w:num w:numId="4" w16cid:durableId="388576603">
    <w:abstractNumId w:val="4"/>
  </w:num>
  <w:num w:numId="5" w16cid:durableId="1185627979">
    <w:abstractNumId w:val="7"/>
  </w:num>
  <w:num w:numId="6" w16cid:durableId="1762214632">
    <w:abstractNumId w:val="3"/>
  </w:num>
  <w:num w:numId="7" w16cid:durableId="1950431453">
    <w:abstractNumId w:val="2"/>
  </w:num>
  <w:num w:numId="8" w16cid:durableId="1265847813">
    <w:abstractNumId w:val="1"/>
  </w:num>
  <w:num w:numId="9" w16cid:durableId="385883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4F61"/>
    <w:rsid w:val="000D42CE"/>
    <w:rsid w:val="00143DD8"/>
    <w:rsid w:val="0015074B"/>
    <w:rsid w:val="00227455"/>
    <w:rsid w:val="0029639D"/>
    <w:rsid w:val="002C5203"/>
    <w:rsid w:val="00326F90"/>
    <w:rsid w:val="00460B80"/>
    <w:rsid w:val="00463F9F"/>
    <w:rsid w:val="006E75E4"/>
    <w:rsid w:val="007661AD"/>
    <w:rsid w:val="007E55F9"/>
    <w:rsid w:val="0080021A"/>
    <w:rsid w:val="008605CB"/>
    <w:rsid w:val="00905C11"/>
    <w:rsid w:val="00914C88"/>
    <w:rsid w:val="00A4226E"/>
    <w:rsid w:val="00A5522F"/>
    <w:rsid w:val="00AA1D8D"/>
    <w:rsid w:val="00B05702"/>
    <w:rsid w:val="00B47730"/>
    <w:rsid w:val="00B514DA"/>
    <w:rsid w:val="00C21E3B"/>
    <w:rsid w:val="00C5596A"/>
    <w:rsid w:val="00CB0664"/>
    <w:rsid w:val="00CB71F0"/>
    <w:rsid w:val="00CE6678"/>
    <w:rsid w:val="00D15702"/>
    <w:rsid w:val="00D32200"/>
    <w:rsid w:val="00D96A2B"/>
    <w:rsid w:val="00DD0993"/>
    <w:rsid w:val="00E823D9"/>
    <w:rsid w:val="00EA3404"/>
    <w:rsid w:val="00F6756B"/>
    <w:rsid w:val="00FA7FF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802034"/>
  <w14:defaultImageDpi w14:val="300"/>
  <w15:docId w15:val="{274BDD32-C1DB-47C0-82E2-D82F83056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021A"/>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vnculo">
    <w:name w:val="Hyperlink"/>
    <w:basedOn w:val="Fuentedeprrafopredeter"/>
    <w:uiPriority w:val="99"/>
    <w:unhideWhenUsed/>
    <w:rsid w:val="00B514DA"/>
    <w:rPr>
      <w:color w:val="0000FF" w:themeColor="hyperlink"/>
      <w:u w:val="single"/>
    </w:rPr>
  </w:style>
  <w:style w:type="character" w:styleId="Mencinsinresolver">
    <w:name w:val="Unresolved Mention"/>
    <w:basedOn w:val="Fuentedeprrafopredeter"/>
    <w:uiPriority w:val="99"/>
    <w:semiHidden/>
    <w:unhideWhenUsed/>
    <w:rsid w:val="00B514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rol.matamoros@asamblea.go.cr" TargetMode="External"/><Relationship Id="rId13" Type="http://schemas.openxmlformats.org/officeDocument/2006/relationships/hyperlink" Target="mailto:salvador.padilla@asamblea.go.c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ndrea.valverde@asamblea.go.cr" TargetMode="External"/><Relationship Id="rId12" Type="http://schemas.openxmlformats.org/officeDocument/2006/relationships/hyperlink" Target="mailto:victor.hidalgo@asamblea.go.cr" TargetMode="External"/><Relationship Id="rId17" Type="http://schemas.openxmlformats.org/officeDocument/2006/relationships/hyperlink" Target="mailto:marco.badilla@asamblea.go.cr" TargetMode="External"/><Relationship Id="rId2" Type="http://schemas.openxmlformats.org/officeDocument/2006/relationships/numbering" Target="numbering.xml"/><Relationship Id="rId16" Type="http://schemas.openxmlformats.org/officeDocument/2006/relationships/hyperlink" Target="mailto:norjelens.lobo@asamblea.go.cr" TargetMode="External"/><Relationship Id="rId1" Type="http://schemas.openxmlformats.org/officeDocument/2006/relationships/customXml" Target="../customXml/item1.xml"/><Relationship Id="rId6" Type="http://schemas.openxmlformats.org/officeDocument/2006/relationships/hyperlink" Target="mailto:alvaro.ramirez@asamblea.go.cr" TargetMode="External"/><Relationship Id="rId11" Type="http://schemas.openxmlformats.org/officeDocument/2006/relationships/hyperlink" Target="mailto:janice.sandi@asamblea.go.cr" TargetMode="External"/><Relationship Id="rId5" Type="http://schemas.openxmlformats.org/officeDocument/2006/relationships/webSettings" Target="webSettings.xml"/><Relationship Id="rId15" Type="http://schemas.openxmlformats.org/officeDocument/2006/relationships/hyperlink" Target="mailto:rafael.vargasb@asamblea.go.cr" TargetMode="External"/><Relationship Id="rId10" Type="http://schemas.openxmlformats.org/officeDocument/2006/relationships/hyperlink" Target="mailto:jesus.calderon@asamblea.go.c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karen.alfaro@asamblea.go.cr" TargetMode="External"/><Relationship Id="rId14" Type="http://schemas.openxmlformats.org/officeDocument/2006/relationships/hyperlink" Target="mailto:ronald.campos@asamblea.go.c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37</Pages>
  <Words>11432</Words>
  <Characters>62880</Characters>
  <Application>Microsoft Office Word</Application>
  <DocSecurity>0</DocSecurity>
  <Lines>524</Lines>
  <Paragraphs>148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74164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revision>8</cp:revision>
  <dcterms:created xsi:type="dcterms:W3CDTF">2013-12-23T23:15:00Z</dcterms:created>
  <dcterms:modified xsi:type="dcterms:W3CDTF">2026-10-14T22:24:00Z</dcterms:modified>
  <cp:category/>
</cp:coreProperties>
</file>